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AF7" w:rsidRDefault="00281AF7">
      <w:pPr>
        <w:autoSpaceDE w:val="0"/>
        <w:autoSpaceDN w:val="0"/>
        <w:spacing w:after="78" w:line="220" w:lineRule="exact"/>
        <w:rPr>
          <w:lang w:val="ru-RU"/>
        </w:rPr>
      </w:pPr>
    </w:p>
    <w:p w:rsidR="00FF10A1" w:rsidRDefault="00FF10A1">
      <w:pPr>
        <w:autoSpaceDE w:val="0"/>
        <w:autoSpaceDN w:val="0"/>
        <w:spacing w:after="78" w:line="220" w:lineRule="exact"/>
        <w:rPr>
          <w:lang w:val="ru-RU"/>
        </w:rPr>
      </w:pPr>
    </w:p>
    <w:p w:rsidR="00FF10A1" w:rsidRPr="000E2699" w:rsidRDefault="00FF10A1">
      <w:pPr>
        <w:autoSpaceDE w:val="0"/>
        <w:autoSpaceDN w:val="0"/>
        <w:spacing w:after="78" w:line="220" w:lineRule="exact"/>
        <w:rPr>
          <w:lang w:val="ru-RU"/>
        </w:rPr>
      </w:pPr>
    </w:p>
    <w:p w:rsidR="00FF10A1" w:rsidRDefault="00FF10A1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 wp14:anchorId="4E2489C2" wp14:editId="6AC5BA4E">
            <wp:extent cx="6720840" cy="9503410"/>
            <wp:effectExtent l="0" t="0" r="381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1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0840" cy="950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F10A1" w:rsidRDefault="00FF10A1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ПОЯСНИТЕЛЬНАЯ ЗАПИСКА</w:t>
      </w:r>
    </w:p>
    <w:p w:rsidR="00281AF7" w:rsidRPr="000E2699" w:rsidRDefault="000E2699">
      <w:pPr>
        <w:autoSpaceDE w:val="0"/>
        <w:autoSpaceDN w:val="0"/>
        <w:spacing w:before="346" w:after="0" w:line="262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КУРСА «ОСНОВЫ ДУХОВНО-НРАВСТВЕННОЙ КУЛЬТУРЫ НАРОДОВ РОССИИ»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166" w:after="0" w:line="286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Программа по предметной области «Основы духовно-нравственной культуры народов России»(далее  — ОДНКНР) для 5 классов образовательных организаций составлена в соответствии с: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требованиями Федерального государственного образовательного стандарта основного общего образования (ФГОС ООО) (утверждён приказом  Министерства просвещения Российской Федерации от 31 мая 2021 г. № 287);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требованиями к результатам освоения программы основного общего образования (личностным,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метапредметным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, предметным);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281AF7" w:rsidRPr="000E2699" w:rsidRDefault="000E2699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необходимость формирования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281AF7" w:rsidRPr="000E2699" w:rsidRDefault="000E2699">
      <w:pPr>
        <w:autoSpaceDE w:val="0"/>
        <w:autoSpaceDN w:val="0"/>
        <w:spacing w:before="70" w:after="0"/>
        <w:ind w:right="720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Сохранение традиционных российских духовно-нравственных ценностей как значимой части культурного и исторического наследия народов России  — один из ключевых национальных приоритетов Российской Федерации, способствующих дальнейшей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гуманизации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и развитию российского общества, формированию гражданской идентичности у подрастающих поколений.</w:t>
      </w:r>
    </w:p>
    <w:p w:rsidR="00281AF7" w:rsidRPr="000E2699" w:rsidRDefault="000E2699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Согласно Стратегии национальной безопасности Российской Федерации (утверждена указом Президента Российской Федерации от 2 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историческая память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281AF7" w:rsidRPr="000E2699" w:rsidRDefault="000E2699">
      <w:pPr>
        <w:autoSpaceDE w:val="0"/>
        <w:autoSpaceDN w:val="0"/>
        <w:spacing w:before="70" w:after="0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Центральная идея гражданской идентичности — образ будущего нашей страны, который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формируется с учётом национальных и стратегических приоритетов российского общества,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культурно-исторических традиций всех народов России, духовно-нравственных ценностей, присущих ей на протяжении всей её истории.</w:t>
      </w:r>
    </w:p>
    <w:p w:rsidR="00281AF7" w:rsidRPr="000E2699" w:rsidRDefault="000E2699">
      <w:pPr>
        <w:autoSpaceDE w:val="0"/>
        <w:autoSpaceDN w:val="0"/>
        <w:spacing w:before="70" w:after="0" w:line="283" w:lineRule="auto"/>
        <w:ind w:right="432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В 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России, определять свою идентичность как члена семьи, школьного коллектива, региональной общности, гражданина страны с опорой на традиционные духовно-нравственные ценности.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7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71" w:lineRule="auto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Не менее важно отметить, что данный курс формируется и преподаётся в соответствии с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принципами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культурологичности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культуросообразности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281AF7" w:rsidRPr="000E2699" w:rsidRDefault="000E2699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самопрезентации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, исторические и современные особенности духовно-нравственного развития народов России.</w:t>
      </w:r>
    </w:p>
    <w:p w:rsidR="00281AF7" w:rsidRPr="000E2699" w:rsidRDefault="000E2699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:rsidR="00281AF7" w:rsidRPr="000E2699" w:rsidRDefault="000E2699">
      <w:pPr>
        <w:autoSpaceDE w:val="0"/>
        <w:autoSpaceDN w:val="0"/>
        <w:spacing w:before="72" w:after="0" w:line="281" w:lineRule="auto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Материал курса представлен через актуализацию макроуровня (Россия в целом как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многонациональное,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поликонфессиональное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государство, с едиными для всех законами,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281AF7" w:rsidRPr="000E2699" w:rsidRDefault="000E2699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Принцип </w:t>
      </w:r>
      <w:proofErr w:type="spellStart"/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культурологичности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281AF7" w:rsidRPr="000E2699" w:rsidRDefault="000E2699">
      <w:pPr>
        <w:autoSpaceDE w:val="0"/>
        <w:autoSpaceDN w:val="0"/>
        <w:spacing w:before="70" w:after="0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Принцип научности подходов и содержания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культурообразующих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элементов и формирования познавательного интереса к этнокультурным и религиозным феноменам.</w:t>
      </w:r>
    </w:p>
    <w:p w:rsidR="00281AF7" w:rsidRPr="000E2699" w:rsidRDefault="000E2699">
      <w:pPr>
        <w:autoSpaceDE w:val="0"/>
        <w:autoSpaceDN w:val="0"/>
        <w:spacing w:before="70" w:after="0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Принцип соответствия требованиям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возрастной педагогики и психологии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281AF7" w:rsidRPr="000E2699" w:rsidRDefault="000E2699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Принцип формирования гражданского самосознания и общероссийской гражданской идентичности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обучающихся в процессе изучения курса предметной области ОДНКНР включает осознание важности наднационального и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надконфессионального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гражданского единства народов России как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развитии.</w:t>
      </w:r>
    </w:p>
    <w:p w:rsidR="00281AF7" w:rsidRPr="000E2699" w:rsidRDefault="000E2699">
      <w:pPr>
        <w:autoSpaceDE w:val="0"/>
        <w:autoSpaceDN w:val="0"/>
        <w:spacing w:before="264" w:after="0" w:line="262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ЦЕЛИ И ЗАДАЧИ ИЗУЧЕНИЯ УЧЕБНОГО КУРСА «ОСНОВЫ ДУХОВНО-НРАВСТВЕННОЙ КУЛЬТУРЫ НАРОДОВ РОССИИ»</w:t>
      </w:r>
    </w:p>
    <w:p w:rsidR="00281AF7" w:rsidRPr="000E2699" w:rsidRDefault="000E2699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изучения учебного курса являются:</w:t>
      </w:r>
    </w:p>
    <w:p w:rsidR="00281AF7" w:rsidRPr="000E2699" w:rsidRDefault="000E2699">
      <w:pPr>
        <w:autoSpaceDE w:val="0"/>
        <w:autoSpaceDN w:val="0"/>
        <w:spacing w:before="178" w:after="0"/>
        <w:ind w:left="42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 w:rsidRPr="000E2699">
        <w:rPr>
          <w:lang w:val="ru-RU"/>
        </w:rPr>
        <w:br/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этноконфессионального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и сохранение уважения к ценностям и убеждениям представителей разных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98" w:right="654" w:bottom="398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62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национальностей и вероисповеданий, а также способности к диалогу с представителями других культур и мировоззрений;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129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Цели курса определяют следующие </w:t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задачи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281AF7" w:rsidRPr="000E2699" w:rsidRDefault="000E2699">
      <w:pPr>
        <w:autoSpaceDE w:val="0"/>
        <w:autoSpaceDN w:val="0"/>
        <w:spacing w:before="240" w:after="0" w:line="271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воспитание уважительного и бережного отношения к историческому, религиозному и культурному наследию народов России;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180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способствуя:</w:t>
      </w:r>
    </w:p>
    <w:p w:rsidR="00281AF7" w:rsidRPr="000E2699" w:rsidRDefault="000E2699">
      <w:pPr>
        <w:autoSpaceDE w:val="0"/>
        <w:autoSpaceDN w:val="0"/>
        <w:spacing w:before="178" w:after="0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расширению и систематизации знаний и представлений школьников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начальной школы;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углублению представлений о светской этике, религиозной культуре народов России, их роли в развитии современного общества;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воспитанию патриотизма; уважения к истории, языку, культурным и религиозным традициям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62" w:bottom="392" w:left="666" w:header="720" w:footer="720" w:gutter="0"/>
          <w:cols w:space="720" w:equalWidth="0">
            <w:col w:w="10472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своего народа и других народов России,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раскрытию природы духовно-нравственных ценностей российского общества, объединяющих светскость и духовность;</w:t>
      </w:r>
    </w:p>
    <w:p w:rsidR="00281AF7" w:rsidRPr="000E2699" w:rsidRDefault="000E2699">
      <w:pPr>
        <w:autoSpaceDE w:val="0"/>
        <w:autoSpaceDN w:val="0"/>
        <w:spacing w:before="240"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ответственного отношения к учению и труду, готовности и способности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281AF7" w:rsidRPr="000E2699" w:rsidRDefault="000E2699">
      <w:pPr>
        <w:autoSpaceDE w:val="0"/>
        <w:autoSpaceDN w:val="0"/>
        <w:spacing w:before="238" w:after="0" w:line="281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получению научных представлений о культуре и её функциях, особенностях взаимодействия с социальными институтами, а, следовательно, способности их применять 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развитию информационной культуры школьников,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281AF7" w:rsidRPr="000E2699" w:rsidRDefault="000E2699">
      <w:pPr>
        <w:autoSpaceDE w:val="0"/>
        <w:autoSpaceDN w:val="0"/>
        <w:spacing w:before="322" w:after="0" w:line="262" w:lineRule="auto"/>
        <w:ind w:right="1008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КУРСА «ОСНОВЫ ДУХОВНО-НРАВСТВЕННОЙ КУЛЬТУРЫ НАРОДОВ РОССИИ» В УЧЕБНОМ ПЛАНЕ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166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Учебный курс "Основы духовно-нравственной культуры народов России" изучается в 5 классе не менее одного часа в неделе, общий объем составляет 34 часа.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36" w:bottom="1440" w:left="666" w:header="720" w:footer="720" w:gutter="0"/>
          <w:cols w:space="720" w:equalWidth="0">
            <w:col w:w="10498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7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УЧЕБНОГО КУРСА</w:t>
      </w:r>
    </w:p>
    <w:p w:rsidR="00281AF7" w:rsidRPr="000E2699" w:rsidRDefault="000E2699" w:rsidP="000E2699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1.</w:t>
      </w:r>
      <w:r w:rsidRPr="000E2699">
        <w:rPr>
          <w:b/>
          <w:lang w:val="ru-RU"/>
        </w:rPr>
        <w:t xml:space="preserve">  </w:t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«Россия — наш общий дом»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1. Зачем изучать курс «Основы духовно-нравственной культуры народов России»?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культуры народов России.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2. Наш дом — Россия.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:rsidR="00281AF7" w:rsidRPr="000E2699" w:rsidRDefault="000E2699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3. Язык и история.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4. Русский язык — язык общения и язык возможностей.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Русский язык —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культурообразующий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проект и язык межнационального общения.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Важность общего языка для всех народов России. Возможности, которые даёт русский язык.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5. Истоки родной культуры.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6. Материальная культура.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7. Духовная культура.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Духовно-нравственная культура. Искусство, наука, духовность. Мораль, нравственность, ценности.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Художественное осмысление мира. Символ и знак. Духовная культура как реализация ценностей.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8. Культура и религия.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Религия и культура. Что такое религия, её роль в жизни общества и человека.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rPr>
          <w:lang w:val="ru-RU"/>
        </w:rPr>
      </w:pP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религии России. Единство ценностей в религиях России.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9. Культура и образование.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281AF7" w:rsidRPr="000E2699" w:rsidRDefault="000E2699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10. Многообразие культур России (практическое занятие).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Единство культур народов России. Что значит быть культурным человеком? Знание о культуре народов России.</w:t>
      </w:r>
    </w:p>
    <w:p w:rsidR="00281AF7" w:rsidRPr="000E2699" w:rsidRDefault="000E2699" w:rsidP="000E2699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2.</w:t>
      </w:r>
      <w:r>
        <w:rPr>
          <w:lang w:val="ru-RU"/>
        </w:rPr>
        <w:t xml:space="preserve">  </w:t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«Семья и духовно-нравственные ценности»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11. Семья — хранитель духовных ценностей.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Семья — базовый элемент общества. Семейные ценности, традиции и культура. Помощь сиротам как духовно-нравственный долг человека.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12. Родина начинается с семьи.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13. Традиции семейного воспитания в России.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Семейные традиции народов России. Межнациональные семьи. Семейное воспитание как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трансляция ценностей.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14. Образ семьи в культуре народов России.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Произведения устного поэтического творчества (сказки, поговорки и т.д.) о семье и семейных обязанностях. Семья в литературе и произведениях разных видов искусства.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15. Труд в истории семьи.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Социальные роли в истории семьи. Роль домашнего труда. Роль нравственных норм в благополучии семьи.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16. Семья в современном мире (практическое занятие).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Рассказ о своей семье (с использованием фотографий, книг, писем и др.). Семейное древо.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Семейные традиции.</w:t>
      </w:r>
    </w:p>
    <w:p w:rsidR="00281AF7" w:rsidRPr="000E2699" w:rsidRDefault="000E2699" w:rsidP="000E2699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3.</w:t>
      </w:r>
      <w:r>
        <w:rPr>
          <w:lang w:val="ru-RU"/>
        </w:rPr>
        <w:t xml:space="preserve">  </w:t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«Духовно-нравственное богатство личности»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17. Личность — общество — культура.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18. Духовный мир человека. Человек — творец культуры.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19. Личность и духовно-нравственные ценности.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:rsidR="00281AF7" w:rsidRPr="000E2699" w:rsidRDefault="000E2699">
      <w:pPr>
        <w:autoSpaceDE w:val="0"/>
        <w:autoSpaceDN w:val="0"/>
        <w:spacing w:before="190" w:after="0" w:line="262" w:lineRule="auto"/>
        <w:ind w:left="180" w:right="3312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4. «Культурное единство России»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20. Историческая память как духовно-нравственная ценность.</w:t>
      </w:r>
    </w:p>
    <w:p w:rsidR="00281AF7" w:rsidRPr="000E2699" w:rsidRDefault="000E2699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21. Литература как язык культуры.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281AF7" w:rsidRPr="000E2699" w:rsidRDefault="000E2699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22. Взаимовлияние культур.</w:t>
      </w:r>
    </w:p>
    <w:p w:rsidR="00281AF7" w:rsidRPr="000E2699" w:rsidRDefault="000E2699">
      <w:pPr>
        <w:autoSpaceDE w:val="0"/>
        <w:autoSpaceDN w:val="0"/>
        <w:spacing w:before="72" w:after="0" w:line="271" w:lineRule="auto"/>
        <w:ind w:right="432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Взаимодействие культур.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Межпоколенная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23. Духовно-нравственные ценности российского народа.</w:t>
      </w:r>
    </w:p>
    <w:p w:rsidR="00281AF7" w:rsidRPr="000E2699" w:rsidRDefault="000E2699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справедливость, коллективизм, взаимопомощь, историческая память и преемственность поколений, единство народов России.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24. Регионы России: культурное многообразие.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Исторические и социальные причины культурного разнообразия. Каждый регион уникален. Малая Родина — часть общего Отечества.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25. Праздники в культуре народов России.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688" w:bottom="318" w:left="666" w:header="720" w:footer="720" w:gutter="0"/>
          <w:cols w:space="720" w:equalWidth="0">
            <w:col w:w="10546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26. Памятники архитектуры в культуре народов России.</w:t>
      </w:r>
    </w:p>
    <w:p w:rsidR="00281AF7" w:rsidRPr="000E2699" w:rsidRDefault="000E2699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27. Музыкальная культура народов России.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28. Изобразительное искусство народов России.</w:t>
      </w:r>
    </w:p>
    <w:p w:rsidR="00281AF7" w:rsidRPr="000E2699" w:rsidRDefault="000E2699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281AF7" w:rsidRPr="000E2699" w:rsidRDefault="000E2699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29. Фольклор и литература народов России.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30. Бытовые традиции народов России: пища, одежда, дом (</w:t>
      </w: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31. Культурная карта России (</w:t>
      </w: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География культур России. Россия как культурная карта. Описание регионов в соответствии с их особенностями.</w:t>
      </w:r>
    </w:p>
    <w:p w:rsidR="00281AF7" w:rsidRPr="000E2699" w:rsidRDefault="000E269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32. Единство страны — залог будущего России.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Россия —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644" w:bottom="1440" w:left="666" w:header="720" w:footer="720" w:gutter="0"/>
          <w:cols w:space="720" w:equalWidth="0">
            <w:col w:w="10590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7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281AF7" w:rsidRPr="000E2699" w:rsidRDefault="000E2699">
      <w:pPr>
        <w:autoSpaceDE w:val="0"/>
        <w:autoSpaceDN w:val="0"/>
        <w:spacing w:before="346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281AF7" w:rsidRPr="000E2699" w:rsidRDefault="000E2699">
      <w:pPr>
        <w:autoSpaceDE w:val="0"/>
        <w:autoSpaceDN w:val="0"/>
        <w:spacing w:before="166" w:after="0" w:line="271" w:lineRule="auto"/>
        <w:ind w:right="144"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Планируемые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курса достигаются в единстве учебной и воспитательной деятельности.</w:t>
      </w:r>
    </w:p>
    <w:p w:rsidR="00281AF7" w:rsidRPr="000E2699" w:rsidRDefault="000E2699">
      <w:pPr>
        <w:autoSpaceDE w:val="0"/>
        <w:autoSpaceDN w:val="0"/>
        <w:spacing w:before="70" w:after="0" w:line="281" w:lineRule="auto"/>
        <w:ind w:right="864" w:firstLine="180"/>
        <w:rPr>
          <w:lang w:val="ru-RU"/>
        </w:rPr>
      </w:pP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Личностные результаты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освоения курса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целенаправленной социально значимой деятельности;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81" w:lineRule="auto"/>
        <w:ind w:right="576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Патриотическое воспитание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Самоопределение (личностное, профессиональное, жизненное):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Гражданское воспитание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потребительстве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воспитание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веротерпимости, уважительного отношения к религиозным чувствам, взглядам людей или их отсутствию.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78" w:lineRule="auto"/>
        <w:ind w:right="144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Ценности познавательной деятельности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81AF7" w:rsidRPr="000E2699" w:rsidRDefault="000E2699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proofErr w:type="spellStart"/>
      <w:r w:rsidRPr="000E2699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Смыслообразование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281AF7" w:rsidRPr="000E2699" w:rsidRDefault="000E2699">
      <w:pPr>
        <w:tabs>
          <w:tab w:val="left" w:pos="180"/>
        </w:tabs>
        <w:autoSpaceDE w:val="0"/>
        <w:autoSpaceDN w:val="0"/>
        <w:spacing w:before="70" w:after="0" w:line="286" w:lineRule="auto"/>
        <w:ind w:right="288"/>
        <w:rPr>
          <w:lang w:val="ru-RU"/>
        </w:rPr>
      </w:pP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4. Духовно-нравственное воспитание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ответственного отношения к собственным поступкам;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 расточительном потреблении.</w:t>
      </w:r>
    </w:p>
    <w:p w:rsidR="00281AF7" w:rsidRPr="000E2699" w:rsidRDefault="000E2699">
      <w:pPr>
        <w:autoSpaceDE w:val="0"/>
        <w:autoSpaceDN w:val="0"/>
        <w:spacing w:before="262" w:after="0" w:line="230" w:lineRule="auto"/>
        <w:rPr>
          <w:lang w:val="ru-RU"/>
        </w:rPr>
      </w:pPr>
      <w:proofErr w:type="spellStart"/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</w:t>
      </w:r>
      <w:proofErr w:type="spellEnd"/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результаты</w:t>
      </w:r>
    </w:p>
    <w:p w:rsidR="00281AF7" w:rsidRPr="000E2699" w:rsidRDefault="000E2699">
      <w:pPr>
        <w:autoSpaceDE w:val="0"/>
        <w:autoSpaceDN w:val="0"/>
        <w:spacing w:before="166" w:after="0" w:line="286" w:lineRule="auto"/>
        <w:ind w:right="144" w:firstLine="180"/>
        <w:rPr>
          <w:lang w:val="ru-RU"/>
        </w:rPr>
      </w:pP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освоения курса включают освоение обучающимися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регулятивные); способность их использовать в учебной, познавательной и социальной практике; готовность к самостоятельному планированию и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281AF7" w:rsidRPr="000E2699" w:rsidRDefault="000E2699">
      <w:pPr>
        <w:autoSpaceDE w:val="0"/>
        <w:autoSpaceDN w:val="0"/>
        <w:spacing w:before="70" w:after="0" w:line="262" w:lineRule="auto"/>
        <w:ind w:left="180" w:right="3888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Познавательные универсальные учебные действия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универсальные учебные действия включают:</w:t>
      </w:r>
    </w:p>
    <w:p w:rsidR="00281AF7" w:rsidRPr="000E2699" w:rsidRDefault="000E2699">
      <w:pPr>
        <w:autoSpaceDE w:val="0"/>
        <w:autoSpaceDN w:val="0"/>
        <w:spacing w:before="178" w:after="0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умение определять понятия, создавать обобщения, устанавливать аналогии,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создавать, применять и преобразовывать знаки и символы, модели и схемы для решения учебных и познавательных задач (знаково- символические / моделирование);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смысловое чтение;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развитие мотивации к овладению культурой активного использования словарей и других поисковых систем.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180" w:right="360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Коммуникативные универсальные учебные действия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Коммуникативные универсальные учебные действия включают:</w:t>
      </w:r>
    </w:p>
    <w:p w:rsidR="00281AF7" w:rsidRPr="000E2699" w:rsidRDefault="000E2699">
      <w:pPr>
        <w:autoSpaceDE w:val="0"/>
        <w:autoSpaceDN w:val="0"/>
        <w:spacing w:before="178" w:after="0" w:line="278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281AF7" w:rsidRPr="000E2699" w:rsidRDefault="000E2699">
      <w:pPr>
        <w:autoSpaceDE w:val="0"/>
        <w:autoSpaceDN w:val="0"/>
        <w:spacing w:before="238" w:after="0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деятельности; владение устной и письменной речью, монологической контекстной речью (коммуникация);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и развитие компетентности в области использования информационно-коммуникационных технологий (ИКТ-компетентность).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180" w:right="4176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Регулятивные универсальные учебные действия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Регулятивные универсальные учебные действия включают: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16" w:bottom="444" w:left="666" w:header="720" w:footer="720" w:gutter="0"/>
          <w:cols w:space="720" w:equalWidth="0">
            <w:col w:w="10518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познавательной деятельности (целеполагание);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281AF7" w:rsidRPr="000E2699" w:rsidRDefault="000E2699">
      <w:pPr>
        <w:autoSpaceDE w:val="0"/>
        <w:autoSpaceDN w:val="0"/>
        <w:spacing w:before="238" w:after="0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ситуацией(контроль и коррекция);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42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умение оценивать правильность выполнения учебной задачи, собственные возможности её решения (оценка);</w:t>
      </w:r>
    </w:p>
    <w:p w:rsidR="00281AF7" w:rsidRPr="000E2699" w:rsidRDefault="000E2699">
      <w:pPr>
        <w:autoSpaceDE w:val="0"/>
        <w:autoSpaceDN w:val="0"/>
        <w:spacing w:before="240" w:after="0" w:line="271" w:lineRule="auto"/>
        <w:ind w:left="42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) деятельности.</w:t>
      </w:r>
    </w:p>
    <w:p w:rsidR="00281AF7" w:rsidRPr="000E2699" w:rsidRDefault="000E2699">
      <w:pPr>
        <w:autoSpaceDE w:val="0"/>
        <w:autoSpaceDN w:val="0"/>
        <w:spacing w:before="322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281AF7" w:rsidRPr="000E2699" w:rsidRDefault="000E2699">
      <w:pPr>
        <w:autoSpaceDE w:val="0"/>
        <w:autoSpaceDN w:val="0"/>
        <w:spacing w:before="166" w:after="0"/>
        <w:ind w:firstLine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281AF7" w:rsidRPr="000E2699" w:rsidRDefault="000E2699">
      <w:pPr>
        <w:autoSpaceDE w:val="0"/>
        <w:autoSpaceDN w:val="0"/>
        <w:spacing w:before="70" w:after="0" w:line="262" w:lineRule="auto"/>
        <w:ind w:left="180" w:right="1008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1. «Россия — наш общий дом»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1. Зачем изучать курс «Основы духовно-нравственной культуры народов России»?</w:t>
      </w:r>
    </w:p>
    <w:p w:rsidR="00281AF7" w:rsidRPr="000E2699" w:rsidRDefault="000E2699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гражданствообразующих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религий для формирования личности гражданина России;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языком и культурой, духовно-нравственным развитием личности и социальным поведением.</w:t>
      </w:r>
    </w:p>
    <w:p w:rsidR="00281AF7" w:rsidRPr="000E2699" w:rsidRDefault="000E2699">
      <w:pPr>
        <w:autoSpaceDE w:val="0"/>
        <w:autoSpaceDN w:val="0"/>
        <w:spacing w:before="180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2. Наш дом — Россия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3. Язык и история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420" w:right="14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язык, каковы важность его изучения и влияние на миропонимание личности;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908" w:bottom="498" w:left="666" w:header="720" w:footer="720" w:gutter="0"/>
          <w:cols w:space="720" w:equalWidth="0">
            <w:col w:w="10326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10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62" w:lineRule="auto"/>
        <w:ind w:left="24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базовые представления о формировании языка как носителя духовно-нравственных смыслов культуры;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29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суть и смысл коммуникативной роли языка, в том числе в организации межкультурного диалога и взаимодействия;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своё понимание необходимости нравственной чистоты языка, важности лингвистической гигиены, речевого этикета.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4. Русский язык — язык общения и язык возможностей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базовые представления о происхождении и развитии русского языка, его взаимосвязи с языками других народов России;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уметь обосновать важность русского языка как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культурообразующего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языка народов России, важность его для существования государства и общества;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144" w:right="144"/>
        <w:jc w:val="center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нравственных категориях русского языка и их происхождении.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5. Истоки родной культуры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сформированное представление о понятие «культура»;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24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выделять общие черты в культуре различных народов, обосновывать их значение и причины.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6. Материальная культура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артефактах культуры;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базовое представление о традиционных укладах хозяйства: земледелии, скотоводстве, охоте, рыболовстве;</w:t>
      </w:r>
    </w:p>
    <w:p w:rsidR="00281AF7" w:rsidRPr="000E2699" w:rsidRDefault="000E2699">
      <w:pPr>
        <w:autoSpaceDE w:val="0"/>
        <w:autoSpaceDN w:val="0"/>
        <w:spacing w:before="240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хозяйственным укладом и проявлениями духовной культуры;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7. Духовная культура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таких культурных концептах как «искусство», «наука», «религия»;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давать определения терминам «мораль», «нравственность», «духовные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ценности»,«духовность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» на доступном для обучающихся уровне осмысления;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смысл и взаимосвязь названных терминов с формами их репрезентации в культуре;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значение культурных символов, нравственный и духовный смысл культурных артефактов;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знаки и символы, уметь соотносить их с культурными явлениями, с которыми они связаны.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328" w:right="720" w:bottom="302" w:left="846" w:header="720" w:footer="720" w:gutter="0"/>
          <w:cols w:space="720" w:equalWidth="0">
            <w:col w:w="1033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13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370" w:lineRule="auto"/>
        <w:ind w:left="240" w:right="576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8. Культура и религия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понятии «религия», уметь пояснить её роль в жизни общества и основные социально-культурные функции;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связь религии и морали;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роль и значение духовных ценностей в религиях народов России;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характеризовать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конфессии России и их картины мира.</w:t>
      </w:r>
    </w:p>
    <w:p w:rsidR="00281AF7" w:rsidRPr="000E2699" w:rsidRDefault="000E2699">
      <w:pPr>
        <w:autoSpaceDE w:val="0"/>
        <w:autoSpaceDN w:val="0"/>
        <w:spacing w:before="178" w:after="0" w:line="355" w:lineRule="auto"/>
        <w:ind w:left="240" w:right="144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9. Культура и образование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Характеризовать термин «образование» и уметь обосновать его важность для личности и общества;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основных ступенях образования в России и их необходимости;—  понимать взаимосвязь культуры и образованности человека;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приводить примеры взаимосвязи между знанием, образованием и личностным и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профессиональным ростом человека;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281AF7" w:rsidRPr="000E2699" w:rsidRDefault="000E2699">
      <w:pPr>
        <w:autoSpaceDE w:val="0"/>
        <w:autoSpaceDN w:val="0"/>
        <w:spacing w:before="178" w:after="0" w:line="346" w:lineRule="auto"/>
        <w:ind w:left="240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10. Многообразие культур России (практическое занятие)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сформированные представления о закономерностях развития культуры и истории народов, их культурных особенностях;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выделять общее и единичное в культуре на основе предметных знаний о культуре своего народа;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281AF7" w:rsidRPr="000E2699" w:rsidRDefault="000E2699">
      <w:pPr>
        <w:tabs>
          <w:tab w:val="left" w:pos="240"/>
        </w:tabs>
        <w:autoSpaceDE w:val="0"/>
        <w:autoSpaceDN w:val="0"/>
        <w:spacing w:before="180" w:after="0" w:line="362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2. «Семья и духовно-нравственные ценности»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11. Семья — хранитель духовных ценностей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смысл термина «семья»;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иметь представление о взаимосвязях между типом культуры и особенностями семейного быта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 отношений в семье;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осознавать значение термина «поколение» и его взаимосвязь с культурными особенностями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своего времени;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составить рассказ о своей семье в соответствии с культурно-историческими условиями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её существования;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такие понятия, как «счастливая семья», «семейное счастье»;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доказывать важность семьи как хранителя традиций и её воспитательную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358" w:right="728" w:bottom="408" w:left="846" w:header="720" w:footer="720" w:gutter="0"/>
          <w:cols w:space="720" w:equalWidth="0">
            <w:col w:w="10326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32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роль;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281AF7" w:rsidRPr="000E2699" w:rsidRDefault="000E2699">
      <w:pPr>
        <w:autoSpaceDE w:val="0"/>
        <w:autoSpaceDN w:val="0"/>
        <w:spacing w:before="178" w:after="0" w:line="370" w:lineRule="auto"/>
        <w:ind w:left="240" w:right="720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12. Родина начинается с семьи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понятие «Родина»;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взаимосвязь и различия между концептами «Отечество» и «Родина»;—  понимать, что такое история семьи, каковы формы её выражения и сохранения;—  обосновывать и доказывать взаимосвязь истории семьи и истории народа, государства, человечества.</w:t>
      </w:r>
    </w:p>
    <w:p w:rsidR="00281AF7" w:rsidRPr="000E2699" w:rsidRDefault="000E2699">
      <w:pPr>
        <w:autoSpaceDE w:val="0"/>
        <w:autoSpaceDN w:val="0"/>
        <w:spacing w:before="180" w:after="0" w:line="350" w:lineRule="auto"/>
        <w:ind w:left="240" w:right="288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13. Традиции семейного воспитания в России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семейных традициях и обосновывать их важность как ключевых элементах семейных отношений;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взаимосвязь семейных традиций и культуры собственного этноса;—  уметь рассказывать о семейных традициях своего народа и народов России, собственной семьи;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роль семейных традиций в культуре общества, трансляции ценностей, духовно-нравственных идеалов.</w:t>
      </w:r>
    </w:p>
    <w:p w:rsidR="00281AF7" w:rsidRPr="000E2699" w:rsidRDefault="000E2699">
      <w:pPr>
        <w:autoSpaceDE w:val="0"/>
        <w:autoSpaceDN w:val="0"/>
        <w:spacing w:before="178" w:after="0" w:line="338" w:lineRule="auto"/>
        <w:ind w:left="240" w:right="288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14. Образ семьи в культуре народов России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называть традиционные сказочные и фольклорные сюжеты о семье, семейных обязанностях;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обосновывать своё понимание семейных ценностей, выраженных в фольклорных сюжетах;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важность семейных ценностей с использованием различного иллюстративного материала.</w:t>
      </w:r>
    </w:p>
    <w:p w:rsidR="00281AF7" w:rsidRPr="000E2699" w:rsidRDefault="000E2699">
      <w:pPr>
        <w:autoSpaceDE w:val="0"/>
        <w:autoSpaceDN w:val="0"/>
        <w:spacing w:before="178" w:after="0" w:line="350" w:lineRule="auto"/>
        <w:ind w:left="240" w:right="288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15. Труд в истории семьи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семейное хозяйство и домашний труд;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оценивать семейный уклад и взаимосвязь с социально-экономической структурой общества в форме большой и малой семей;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характеризовать распределение семейного труда и осознавать его важность для укрепления целостности семьи.</w:t>
      </w:r>
    </w:p>
    <w:p w:rsidR="00281AF7" w:rsidRPr="000E2699" w:rsidRDefault="000E2699">
      <w:pPr>
        <w:tabs>
          <w:tab w:val="left" w:pos="240"/>
        </w:tabs>
        <w:autoSpaceDE w:val="0"/>
        <w:autoSpaceDN w:val="0"/>
        <w:spacing w:before="178" w:after="0" w:line="310" w:lineRule="auto"/>
        <w:ind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16. Семья в современном мире (</w:t>
      </w:r>
      <w:r w:rsidRPr="000E2699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)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сформированные представления о закономерностях развития семьи в культуре и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10" w:bottom="318" w:left="846" w:header="720" w:footer="720" w:gutter="0"/>
          <w:cols w:space="720" w:equalWidth="0">
            <w:col w:w="1034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338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истории народов России, уметь обосновывать данные закономерности на региональных материалах и примерах из жизни собственной семьи;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предполагать и доказывать наличие взаимосвязи между культурой и духовно-нравственными ценностями семьи;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281AF7" w:rsidRPr="000E2699" w:rsidRDefault="000E2699">
      <w:pPr>
        <w:tabs>
          <w:tab w:val="left" w:pos="240"/>
        </w:tabs>
        <w:autoSpaceDE w:val="0"/>
        <w:autoSpaceDN w:val="0"/>
        <w:spacing w:before="300" w:after="0" w:line="35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3. «Духовно-нравственное богатство личности»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17. Личность — общество — культура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значение термина «человек» в контексте духовно-нравственной культуры;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обосновать взаимосвязь и взаимообусловленность человека и общества, человека и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культуры;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объяснять различия между обоснованием термина «личность» в быту, в контексте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культуры и творчества;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гуманизм, иметь представление о его источниках в культуре.</w:t>
      </w:r>
    </w:p>
    <w:p w:rsidR="00281AF7" w:rsidRPr="000E2699" w:rsidRDefault="000E2699">
      <w:pPr>
        <w:autoSpaceDE w:val="0"/>
        <w:autoSpaceDN w:val="0"/>
        <w:spacing w:before="178" w:after="0" w:line="370" w:lineRule="auto"/>
        <w:ind w:left="240" w:right="720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18. Духовный мир человека. Человек — творец культуры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значение термина «творчество» в нескольких аспектах и понимать границы их применимости;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доказывать важность морально- нравственных ограничений в творчестве;—  обосновывать важность творчества как реализацию духовно-нравственных ценностей человека;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доказывать детерминированность творчества культурой своего этноса;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взаимосвязь труда и творчества.</w:t>
      </w:r>
    </w:p>
    <w:p w:rsidR="00281AF7" w:rsidRPr="000E2699" w:rsidRDefault="000E2699">
      <w:pPr>
        <w:autoSpaceDE w:val="0"/>
        <w:autoSpaceDN w:val="0"/>
        <w:spacing w:before="180" w:after="0" w:line="346" w:lineRule="auto"/>
        <w:ind w:left="240" w:right="144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19. Личность и духовно-нравственные ценности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значение и роль морали и нравственности в жизни человека;—  обосновывать происхождение духовных ценностей, понимание идеалов добра и зла;—  понимать и уметь показывать на примерах значение таких ценностей, как «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взаимопомощь»,«сострадание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», «милосердие», «любовь», «дружба», «коллективизм», «патриотизм», «любовь к близким».</w:t>
      </w:r>
    </w:p>
    <w:p w:rsidR="00281AF7" w:rsidRPr="000E2699" w:rsidRDefault="000E2699">
      <w:pPr>
        <w:tabs>
          <w:tab w:val="left" w:pos="240"/>
        </w:tabs>
        <w:autoSpaceDE w:val="0"/>
        <w:autoSpaceDN w:val="0"/>
        <w:spacing w:before="178" w:after="0" w:line="346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4. «Культурное единство России»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20. Историческая память как духовно-нравственная ценность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уметь объяснять суть термина «история», знать основные исторические периоды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 уметь выделять их сущностные черты;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значении и функциях изучения истории;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историю своей семьи и народа как часть мирового исторического процесса. Знать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54" w:bottom="452" w:left="846" w:header="720" w:footer="720" w:gutter="0"/>
          <w:cols w:space="720" w:equalWidth="0">
            <w:col w:w="10300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6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21. Литература как язык культуры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отличия литературы от других видов художественного творчества;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4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рассказывать об особенностях литературного повествования, выделять простые выразительные средства литературного языка;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и доказывать важность литературы как культурного явления, как формы трансляции культурных ценностей;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240" w:right="115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находить и обозначать средства выражения морального и нравственного смысла в литературных произведениях.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22. Взаимовлияние культур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Иметь представление о значении терминов «взаимодействие культур», «культурный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обмен»как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формах распространения и обогащения духовно-нравственных идеалов общества;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важность сохранения культурного наследия;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23. Духовно-нравственные ценности российского народа</w:t>
      </w:r>
    </w:p>
    <w:p w:rsidR="00281AF7" w:rsidRPr="000E2699" w:rsidRDefault="000E2699">
      <w:pPr>
        <w:autoSpaceDE w:val="0"/>
        <w:autoSpaceDN w:val="0"/>
        <w:spacing w:before="178" w:after="0" w:line="283" w:lineRule="auto"/>
        <w:ind w:left="24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281AF7" w:rsidRPr="000E2699" w:rsidRDefault="000E2699">
      <w:pPr>
        <w:autoSpaceDE w:val="0"/>
        <w:autoSpaceDN w:val="0"/>
        <w:spacing w:before="180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24. Регионы России: культурное многообразие</w:t>
      </w:r>
    </w:p>
    <w:p w:rsidR="00281AF7" w:rsidRPr="000E2699" w:rsidRDefault="000E2699">
      <w:pPr>
        <w:autoSpaceDE w:val="0"/>
        <w:autoSpaceDN w:val="0"/>
        <w:spacing w:before="180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принципы федеративного устройства России и концепт «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полиэтничность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»;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00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называть основные этносы Российской Федерации и регионы, где они традиционно проживают;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00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объяснить значение словосочетаний «многонациональный народ Российской Федерации», «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государствообразующий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народ», «титульный этнос»;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ценность многообразия культурных укладов народов Российской Федерации;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демонстрировать готовность к сохранению межнационального и межрелигиозного согласия в России;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выделять общие черты в культуре различных народов, обосновывать их значение и причины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25. Праздники в культуре народов России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86" w:right="790" w:bottom="372" w:left="846" w:header="720" w:footer="720" w:gutter="0"/>
          <w:cols w:space="720" w:equalWidth="0">
            <w:col w:w="1026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132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389" w:lineRule="auto"/>
        <w:ind w:left="24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природе праздников и обосновывать их важность как элементов культуры;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взаимосвязь праздников и культурного уклада;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различать основные типы праздников;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рассказывать о праздничных традициях народов России и собственной семьи;—  анализировать связь праздников и истории, культуры народов России;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основной смысл семейных праздников: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определять нравственный смысл праздников народов России;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281AF7" w:rsidRPr="000E2699" w:rsidRDefault="000E2699">
      <w:pPr>
        <w:autoSpaceDE w:val="0"/>
        <w:autoSpaceDN w:val="0"/>
        <w:spacing w:before="178" w:after="0" w:line="355" w:lineRule="auto"/>
        <w:ind w:left="240" w:hanging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26. Памятники архитектуры народов России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Знать, что такое архитектура, уметь охарактеризовать основные типы памятников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архитектуры и проследить связь между их структурой и особенностями культуры и этапами исторического развития;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типом жилищ и типом хозяйственной деятельности;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охарактеризовать связь между уровнем научно-технического развития и типами жилищ;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объяснять взаимосвязь между особенностями архитектуры и духовно-нравственными ценностями народов России;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связь между историей памятника и историей края, характеризовать памятники истории и культуры;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нравственном и научном смысле краеведческой работы.</w:t>
      </w:r>
    </w:p>
    <w:p w:rsidR="00281AF7" w:rsidRPr="000E2699" w:rsidRDefault="000E2699">
      <w:pPr>
        <w:tabs>
          <w:tab w:val="left" w:pos="240"/>
        </w:tabs>
        <w:autoSpaceDE w:val="0"/>
        <w:autoSpaceDN w:val="0"/>
        <w:spacing w:before="178" w:after="0" w:line="35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27. Музыкальная культура народов России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понимать отличия музыки от других видов художественного творчества, рассказывать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об особенностях музыкального повествования, выделять простые выразительные средства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музыкального языка;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обосновывать и доказывать важность музыки как культурного явления, как формы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трансляции культурных ценностей;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и обозначать средства выражения морального и нравственного смысла 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музыкальных произведений;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основные темы музыкального творчества народов России, народные инструменты Тема 28. Изобразительное искусство народов России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понимать отличия изобразительного искусства от других видов художественного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творчества, рассказывать об особенностях и выразительных средствах изобразительного </w:t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искусства;</w:t>
      </w:r>
      <w:r w:rsidRPr="000E2699">
        <w:rPr>
          <w:lang w:val="ru-RU"/>
        </w:rPr>
        <w:br/>
      </w:r>
      <w:r w:rsidRPr="000E2699">
        <w:rPr>
          <w:lang w:val="ru-RU"/>
        </w:rPr>
        <w:tab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объяснить, что такое скульптура, живопись, графика, фольклорные орнаменты;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352" w:right="710" w:bottom="384" w:left="846" w:header="720" w:footer="720" w:gutter="0"/>
          <w:cols w:space="720" w:equalWidth="0">
            <w:col w:w="10344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84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62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129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находить и обозначать средства выражения морального и нравственного смысла изобразительного искусства;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основные темы изобразительного искусства народов России.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29. Фольклор и литература народов России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пословицы и поговорки, обосновывать важность и нужность этих языковых выразительных средств;</w:t>
      </w:r>
    </w:p>
    <w:p w:rsidR="00281AF7" w:rsidRPr="000E2699" w:rsidRDefault="000E2699">
      <w:pPr>
        <w:autoSpaceDE w:val="0"/>
        <w:autoSpaceDN w:val="0"/>
        <w:spacing w:before="240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объяснять, что такое эпос, миф, сказка, былина, песня;</w:t>
      </w:r>
    </w:p>
    <w:p w:rsidR="00281AF7" w:rsidRPr="000E2699" w:rsidRDefault="000E2699">
      <w:pPr>
        <w:autoSpaceDE w:val="0"/>
        <w:autoSpaceDN w:val="0"/>
        <w:spacing w:before="240" w:after="0" w:line="262" w:lineRule="auto"/>
        <w:ind w:left="24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национальная литература и каковы её выразительные средства;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оценивать морально-нравственный потенциал национальной литературы.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30. Бытовые традиции народов России: пища, одежда, дом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24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шестиклассников уровне (с учётом их возрастных особенностей);</w:t>
      </w:r>
    </w:p>
    <w:p w:rsidR="00281AF7" w:rsidRPr="000E2699" w:rsidRDefault="000E2699">
      <w:pPr>
        <w:autoSpaceDE w:val="0"/>
        <w:autoSpaceDN w:val="0"/>
        <w:spacing w:before="238" w:after="0" w:line="271" w:lineRule="auto"/>
        <w:ind w:left="240" w:right="144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31. Культурная карта России (практическое занятие)</w:t>
      </w:r>
    </w:p>
    <w:p w:rsidR="00281AF7" w:rsidRPr="000E2699" w:rsidRDefault="000E2699">
      <w:pPr>
        <w:autoSpaceDE w:val="0"/>
        <w:autoSpaceDN w:val="0"/>
        <w:spacing w:before="180" w:after="0" w:line="262" w:lineRule="auto"/>
        <w:ind w:left="240" w:right="576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отличия культурной географии от физической и политической географии;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понимать, что такое культурная карта народов России;</w:t>
      </w:r>
    </w:p>
    <w:p w:rsidR="00281AF7" w:rsidRPr="000E2699" w:rsidRDefault="000E2699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описывать отдельные области культурной карты в соответствии с их особенностями.</w:t>
      </w:r>
    </w:p>
    <w:p w:rsidR="00281AF7" w:rsidRPr="000E2699" w:rsidRDefault="000E2699">
      <w:pPr>
        <w:autoSpaceDE w:val="0"/>
        <w:autoSpaceDN w:val="0"/>
        <w:spacing w:before="178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Тема 32. Единство страны — залог будущего России</w:t>
      </w:r>
    </w:p>
    <w:p w:rsidR="00281AF7" w:rsidRPr="000E2699" w:rsidRDefault="000E2699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281AF7" w:rsidRPr="000E2699" w:rsidRDefault="000E2699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—  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304" w:right="748" w:bottom="998" w:left="846" w:header="720" w:footer="720" w:gutter="0"/>
          <w:cols w:space="720" w:equalWidth="0">
            <w:col w:w="10306" w:space="0"/>
          </w:cols>
          <w:docGrid w:linePitch="360"/>
        </w:sectPr>
      </w:pPr>
    </w:p>
    <w:p w:rsidR="00281AF7" w:rsidRPr="000E2699" w:rsidRDefault="00281AF7">
      <w:pPr>
        <w:autoSpaceDE w:val="0"/>
        <w:autoSpaceDN w:val="0"/>
        <w:spacing w:after="64" w:line="220" w:lineRule="exact"/>
        <w:rPr>
          <w:lang w:val="ru-RU"/>
        </w:rPr>
      </w:pPr>
    </w:p>
    <w:p w:rsidR="00281AF7" w:rsidRDefault="000E2699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1573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2798"/>
        <w:gridCol w:w="528"/>
        <w:gridCol w:w="1104"/>
        <w:gridCol w:w="1142"/>
        <w:gridCol w:w="804"/>
        <w:gridCol w:w="5629"/>
        <w:gridCol w:w="1134"/>
        <w:gridCol w:w="2127"/>
      </w:tblGrid>
      <w:tr w:rsidR="00281AF7" w:rsidTr="00602994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2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0E2699" w:rsidRDefault="000E2699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5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 w:rsidP="00602994">
            <w:pPr>
              <w:autoSpaceDE w:val="0"/>
              <w:autoSpaceDN w:val="0"/>
              <w:spacing w:before="78" w:after="0" w:line="247" w:lineRule="auto"/>
              <w:ind w:left="72" w:right="14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50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281AF7" w:rsidTr="00602994">
        <w:trPr>
          <w:trHeight w:hRule="exact" w:val="576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  <w:tc>
          <w:tcPr>
            <w:tcW w:w="2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Default="000E2699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  <w:tc>
          <w:tcPr>
            <w:tcW w:w="5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Default="00281AF7"/>
        </w:tc>
      </w:tr>
      <w:tr w:rsidR="00281AF7" w:rsidRPr="00901905" w:rsidTr="00602994">
        <w:trPr>
          <w:trHeight w:hRule="exact" w:val="348"/>
        </w:trPr>
        <w:tc>
          <w:tcPr>
            <w:tcW w:w="15734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0E2699" w:rsidRDefault="000E269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1. «Россия — наш общий дом»</w:t>
            </w:r>
          </w:p>
        </w:tc>
      </w:tr>
      <w:tr w:rsidR="000E2699" w:rsidTr="00602994">
        <w:trPr>
          <w:trHeight w:hRule="exact" w:val="110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279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Зачем изучать курс «Основы духовно-нравственной культуры народов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России»?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об особенностях курса «Основы духовно-нравственной культуры народов России»;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и понимать объяснения учителя по теме урока;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вести самостоятельную работу с учебником;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602994" w:rsidRDefault="000E2699" w:rsidP="000E2699">
            <w:pPr>
              <w:autoSpaceDE w:val="0"/>
              <w:autoSpaceDN w:val="0"/>
              <w:spacing w:before="76" w:after="0" w:line="245" w:lineRule="auto"/>
              <w:ind w:left="72" w:right="432"/>
              <w:rPr>
                <w:sz w:val="16"/>
                <w:szCs w:val="16"/>
              </w:rPr>
            </w:pPr>
            <w:proofErr w:type="spellStart"/>
            <w:r w:rsidRPr="00602994">
              <w:rPr>
                <w:rFonts w:eastAsia="Times New Roman"/>
                <w:color w:val="000000"/>
                <w:w w:val="97"/>
                <w:sz w:val="16"/>
                <w:szCs w:val="16"/>
              </w:rPr>
              <w:t>Устный</w:t>
            </w:r>
            <w:proofErr w:type="spellEnd"/>
            <w:r w:rsidRPr="00602994">
              <w:rPr>
                <w:rFonts w:eastAsia="Times New Roman"/>
                <w:color w:val="000000"/>
                <w:w w:val="97"/>
                <w:sz w:val="16"/>
                <w:szCs w:val="16"/>
              </w:rPr>
              <w:t xml:space="preserve"> </w:t>
            </w:r>
            <w:r w:rsidRPr="00602994">
              <w:rPr>
                <w:sz w:val="16"/>
                <w:szCs w:val="16"/>
              </w:rPr>
              <w:br/>
            </w:r>
            <w:proofErr w:type="spellStart"/>
            <w:r w:rsidRPr="00602994">
              <w:rPr>
                <w:rFonts w:eastAsia="Times New Roman"/>
                <w:color w:val="000000"/>
                <w:w w:val="97"/>
                <w:sz w:val="16"/>
                <w:szCs w:val="16"/>
              </w:rPr>
              <w:t>опрос</w:t>
            </w:r>
            <w:proofErr w:type="spellEnd"/>
            <w:r w:rsidRPr="00602994">
              <w:rPr>
                <w:rFonts w:eastAsia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602994" w:rsidRDefault="00FF10A1" w:rsidP="000E2699">
            <w:pPr>
              <w:rPr>
                <w:sz w:val="16"/>
                <w:szCs w:val="16"/>
              </w:rPr>
            </w:pPr>
            <w:hyperlink r:id="rId7" w:history="1">
              <w:r w:rsidR="00602994" w:rsidRPr="00F9615D">
                <w:rPr>
                  <w:rStyle w:val="aff8"/>
                  <w:sz w:val="16"/>
                  <w:szCs w:val="16"/>
                </w:rPr>
                <w:t>https://infourok.ru/prezentaciya-po-odnknr-na-temu-vvedenie-v-izuchenie-kursa-odnknr-v-5-klasse-5298961.html</w:t>
              </w:r>
            </w:hyperlink>
            <w:r w:rsidR="00602994" w:rsidRPr="00602994">
              <w:rPr>
                <w:sz w:val="16"/>
                <w:szCs w:val="16"/>
              </w:rPr>
              <w:t xml:space="preserve"> </w:t>
            </w:r>
          </w:p>
        </w:tc>
      </w:tr>
      <w:tr w:rsidR="000E2699" w:rsidRPr="00394257" w:rsidTr="00602994">
        <w:trPr>
          <w:trHeight w:hRule="exact" w:val="169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Наш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дом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Россия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и понимать объяснения учителя по теме урока;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формировать представление о необходимости и важности межнационального и межрелигиозного сотрудничества, взаимодействия;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94257" w:rsidRPr="00394257" w:rsidRDefault="00FF10A1" w:rsidP="000E2699">
            <w:pPr>
              <w:rPr>
                <w:sz w:val="16"/>
              </w:rPr>
            </w:pPr>
            <w:hyperlink r:id="rId8" w:history="1">
              <w:r w:rsidR="00394257" w:rsidRPr="00F9615D">
                <w:rPr>
                  <w:rStyle w:val="aff8"/>
                  <w:sz w:val="16"/>
                </w:rPr>
                <w:t>https://resh.edu.ru/special-course/1/1</w:t>
              </w:r>
            </w:hyperlink>
            <w:r w:rsidR="00394257" w:rsidRPr="00394257">
              <w:rPr>
                <w:sz w:val="16"/>
              </w:rPr>
              <w:t xml:space="preserve"> </w:t>
            </w:r>
          </w:p>
          <w:p w:rsidR="00602994" w:rsidRPr="00DF3BD1" w:rsidRDefault="00FF10A1" w:rsidP="000E2699">
            <w:pPr>
              <w:rPr>
                <w:sz w:val="16"/>
              </w:rPr>
            </w:pPr>
            <w:hyperlink r:id="rId9" w:history="1">
              <w:r w:rsidR="00602994" w:rsidRPr="00F9615D">
                <w:rPr>
                  <w:rStyle w:val="aff8"/>
                  <w:sz w:val="16"/>
                </w:rPr>
                <w:t>https</w:t>
              </w:r>
              <w:r w:rsidR="00602994" w:rsidRPr="00DF3BD1">
                <w:rPr>
                  <w:rStyle w:val="aff8"/>
                  <w:sz w:val="16"/>
                </w:rPr>
                <w:t>://</w:t>
              </w:r>
              <w:r w:rsidR="00602994" w:rsidRPr="00F9615D">
                <w:rPr>
                  <w:rStyle w:val="aff8"/>
                  <w:sz w:val="16"/>
                </w:rPr>
                <w:t>multiurok</w:t>
              </w:r>
              <w:r w:rsidR="00602994" w:rsidRPr="00DF3BD1">
                <w:rPr>
                  <w:rStyle w:val="aff8"/>
                  <w:sz w:val="16"/>
                </w:rPr>
                <w:t>.</w:t>
              </w:r>
              <w:r w:rsidR="00602994" w:rsidRPr="00F9615D">
                <w:rPr>
                  <w:rStyle w:val="aff8"/>
                  <w:sz w:val="16"/>
                </w:rPr>
                <w:t>ru</w:t>
              </w:r>
              <w:r w:rsidR="00602994" w:rsidRPr="00DF3BD1">
                <w:rPr>
                  <w:rStyle w:val="aff8"/>
                  <w:sz w:val="16"/>
                </w:rPr>
                <w:t>/</w:t>
              </w:r>
              <w:r w:rsidR="00602994" w:rsidRPr="00F9615D">
                <w:rPr>
                  <w:rStyle w:val="aff8"/>
                  <w:sz w:val="16"/>
                </w:rPr>
                <w:t>files</w:t>
              </w:r>
              <w:r w:rsidR="00602994" w:rsidRPr="00DF3BD1">
                <w:rPr>
                  <w:rStyle w:val="aff8"/>
                  <w:sz w:val="16"/>
                </w:rPr>
                <w:t>/</w:t>
              </w:r>
              <w:r w:rsidR="00602994" w:rsidRPr="00F9615D">
                <w:rPr>
                  <w:rStyle w:val="aff8"/>
                  <w:sz w:val="16"/>
                </w:rPr>
                <w:t>prezentatsiia</w:t>
              </w:r>
              <w:r w:rsidR="00602994" w:rsidRPr="00DF3BD1">
                <w:rPr>
                  <w:rStyle w:val="aff8"/>
                  <w:sz w:val="16"/>
                </w:rPr>
                <w:t>-</w:t>
              </w:r>
              <w:r w:rsidR="00602994" w:rsidRPr="00F9615D">
                <w:rPr>
                  <w:rStyle w:val="aff8"/>
                  <w:sz w:val="16"/>
                </w:rPr>
                <w:t>nash</w:t>
              </w:r>
              <w:r w:rsidR="00602994" w:rsidRPr="00DF3BD1">
                <w:rPr>
                  <w:rStyle w:val="aff8"/>
                  <w:sz w:val="16"/>
                </w:rPr>
                <w:t>-</w:t>
              </w:r>
              <w:r w:rsidR="00602994" w:rsidRPr="00F9615D">
                <w:rPr>
                  <w:rStyle w:val="aff8"/>
                  <w:sz w:val="16"/>
                </w:rPr>
                <w:t>dom</w:t>
              </w:r>
              <w:r w:rsidR="00602994" w:rsidRPr="00DF3BD1">
                <w:rPr>
                  <w:rStyle w:val="aff8"/>
                  <w:sz w:val="16"/>
                </w:rPr>
                <w:t>-</w:t>
              </w:r>
              <w:r w:rsidR="00602994" w:rsidRPr="00F9615D">
                <w:rPr>
                  <w:rStyle w:val="aff8"/>
                  <w:sz w:val="16"/>
                </w:rPr>
                <w:t>rossiia</w:t>
              </w:r>
              <w:r w:rsidR="00602994" w:rsidRPr="00DF3BD1">
                <w:rPr>
                  <w:rStyle w:val="aff8"/>
                  <w:sz w:val="16"/>
                </w:rPr>
                <w:t>.</w:t>
              </w:r>
              <w:r w:rsidR="00602994" w:rsidRPr="00F9615D">
                <w:rPr>
                  <w:rStyle w:val="aff8"/>
                  <w:sz w:val="16"/>
                </w:rPr>
                <w:t>html</w:t>
              </w:r>
              <w:r w:rsidR="00602994" w:rsidRPr="00DF3BD1">
                <w:rPr>
                  <w:rStyle w:val="aff8"/>
                  <w:sz w:val="16"/>
                </w:rPr>
                <w:t>?</w:t>
              </w:r>
              <w:r w:rsidR="00602994" w:rsidRPr="00F9615D">
                <w:rPr>
                  <w:rStyle w:val="aff8"/>
                  <w:sz w:val="16"/>
                </w:rPr>
                <w:t>login</w:t>
              </w:r>
              <w:r w:rsidR="00602994" w:rsidRPr="00DF3BD1">
                <w:rPr>
                  <w:rStyle w:val="aff8"/>
                  <w:sz w:val="16"/>
                </w:rPr>
                <w:t>=</w:t>
              </w:r>
              <w:r w:rsidR="00602994" w:rsidRPr="00F9615D">
                <w:rPr>
                  <w:rStyle w:val="aff8"/>
                  <w:sz w:val="16"/>
                </w:rPr>
                <w:t>ok</w:t>
              </w:r>
            </w:hyperlink>
            <w:r w:rsidR="00602994" w:rsidRPr="00DF3BD1">
              <w:rPr>
                <w:sz w:val="16"/>
              </w:rPr>
              <w:t xml:space="preserve"> </w:t>
            </w:r>
          </w:p>
          <w:p w:rsidR="00602994" w:rsidRPr="00DF3BD1" w:rsidRDefault="00602994" w:rsidP="000E2699">
            <w:pPr>
              <w:rPr>
                <w:sz w:val="16"/>
              </w:rPr>
            </w:pPr>
          </w:p>
        </w:tc>
      </w:tr>
      <w:tr w:rsidR="000E2699" w:rsidTr="00602994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Язык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история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представления о языке как носителе духовно-нравственных смыслов культуры;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коммуникативной роли языка;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и анализировать выступления одноклассников, отбирать и сравнивать учебный материал по нескольким источникам;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607F65" w:rsidRDefault="00FF10A1" w:rsidP="000E2699">
            <w:pPr>
              <w:rPr>
                <w:sz w:val="16"/>
              </w:rPr>
            </w:pPr>
            <w:hyperlink r:id="rId10" w:history="1">
              <w:r w:rsidR="00607F65" w:rsidRPr="00F9615D">
                <w:rPr>
                  <w:rStyle w:val="aff8"/>
                  <w:sz w:val="16"/>
                </w:rPr>
                <w:t>https://resh.edu.ru/special-course/1/33</w:t>
              </w:r>
            </w:hyperlink>
            <w:r w:rsidR="00607F65" w:rsidRPr="00607F65">
              <w:rPr>
                <w:sz w:val="16"/>
              </w:rPr>
              <w:t xml:space="preserve"> </w:t>
            </w:r>
          </w:p>
        </w:tc>
      </w:tr>
      <w:tr w:rsidR="000E2699" w:rsidTr="00AA275B">
        <w:trPr>
          <w:trHeight w:hRule="exact" w:val="115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русском языке как языке межнационального общения; слушать объяснения учителя, стараясь выделить главное;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наблюдаемые в практике изучения языка явления;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AA275B" w:rsidRDefault="00FF10A1" w:rsidP="000E2699">
            <w:pPr>
              <w:rPr>
                <w:sz w:val="16"/>
              </w:rPr>
            </w:pPr>
            <w:hyperlink r:id="rId11" w:history="1">
              <w:r w:rsidR="00AA275B" w:rsidRPr="00F9615D">
                <w:rPr>
                  <w:rStyle w:val="aff8"/>
                  <w:sz w:val="16"/>
                </w:rPr>
                <w:t>https://uchitelya.com/obschestvoznanie/110120-prezentaciya-russkiy-yazyk-yazyk-mezhnacionalnogo-obscheniya-5-klass.html</w:t>
              </w:r>
            </w:hyperlink>
            <w:r w:rsidR="00AA275B" w:rsidRPr="00AA275B">
              <w:rPr>
                <w:sz w:val="16"/>
              </w:rPr>
              <w:t xml:space="preserve"> </w:t>
            </w:r>
          </w:p>
        </w:tc>
      </w:tr>
      <w:tr w:rsidR="000E2699" w:rsidTr="00602994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Истоки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культуры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том, что такое культура, об общих чертах в  культуре разных народов;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и понимать объяснения учителя по теме урока;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выполнять задания на понимание и разграничение понятий по теме;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AA275B" w:rsidRDefault="00FF10A1" w:rsidP="000E2699">
            <w:pPr>
              <w:rPr>
                <w:sz w:val="16"/>
              </w:rPr>
            </w:pPr>
            <w:hyperlink r:id="rId12" w:history="1">
              <w:r w:rsidR="00AA275B" w:rsidRPr="00F9615D">
                <w:rPr>
                  <w:rStyle w:val="aff8"/>
                  <w:sz w:val="16"/>
                </w:rPr>
                <w:t>https://infourok.ru/u-istokov-russkoj-kultury-5110308.html</w:t>
              </w:r>
            </w:hyperlink>
            <w:r w:rsidR="00AA275B" w:rsidRPr="00AA275B">
              <w:rPr>
                <w:sz w:val="16"/>
              </w:rPr>
              <w:t xml:space="preserve"> </w:t>
            </w:r>
          </w:p>
        </w:tc>
      </w:tr>
      <w:tr w:rsidR="000E2699" w:rsidTr="00602994">
        <w:trPr>
          <w:trHeight w:hRule="exact" w:val="8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Материальная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0" w:lineRule="auto"/>
              <w:ind w:left="72" w:right="720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традиционных укладах жизни разных народов; слушать и анализировать выступления одноклассников;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анализировать проблемные ситуации;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1F480F" w:rsidRDefault="00FF10A1" w:rsidP="00DF3BD1">
            <w:pPr>
              <w:rPr>
                <w:sz w:val="16"/>
              </w:rPr>
            </w:pPr>
            <w:hyperlink r:id="rId13" w:history="1">
              <w:r w:rsidR="001F480F" w:rsidRPr="00F9615D">
                <w:rPr>
                  <w:rStyle w:val="aff8"/>
                  <w:sz w:val="16"/>
                </w:rPr>
                <w:t>https://prezentacii.org/prezentacii/prezentacii-po-istorii/146414-materialnaja-kultura-i-povsednevnost.htm</w:t>
              </w:r>
            </w:hyperlink>
            <w:r w:rsidR="001F480F" w:rsidRPr="001F480F">
              <w:rPr>
                <w:sz w:val="16"/>
              </w:rPr>
              <w:t>l</w:t>
            </w:r>
          </w:p>
        </w:tc>
      </w:tr>
      <w:tr w:rsidR="000E2699" w:rsidTr="00D56E44">
        <w:trPr>
          <w:trHeight w:hRule="exact" w:val="109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Духовная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8" w:after="0" w:line="250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духовной культуре разных народов;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взаимосвязь между проявлениями материальной и духовной культуры; выполнять задания на понимание и разграничение понятий по теме;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учиться работать с текстом и зри тельным рядом учебника;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1F480F" w:rsidRDefault="00FF10A1" w:rsidP="000E2699">
            <w:pPr>
              <w:rPr>
                <w:sz w:val="16"/>
              </w:rPr>
            </w:pPr>
            <w:hyperlink r:id="rId14" w:history="1">
              <w:r w:rsidR="001F480F" w:rsidRPr="00F9615D">
                <w:rPr>
                  <w:rStyle w:val="aff8"/>
                  <w:sz w:val="16"/>
                </w:rPr>
                <w:t>https://ppt4web.ru/obshhestvoznanija/dukhovnaja-kultura0.html</w:t>
              </w:r>
            </w:hyperlink>
            <w:r w:rsidR="001F480F" w:rsidRPr="001F480F">
              <w:rPr>
                <w:sz w:val="16"/>
              </w:rPr>
              <w:t xml:space="preserve"> </w:t>
            </w:r>
          </w:p>
        </w:tc>
      </w:tr>
      <w:tr w:rsidR="000E2699" w:rsidRPr="00A26CA0" w:rsidTr="00A26CA0">
        <w:trPr>
          <w:trHeight w:hRule="exact" w:val="1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lastRenderedPageBreak/>
              <w:t>1.8.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религия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понятии «религия», понимать и уметь объяснять, в чём заключается связь культуры и религии;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 по теме;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26CA0" w:rsidRDefault="00FF10A1" w:rsidP="000E2699">
            <w:pPr>
              <w:rPr>
                <w:sz w:val="16"/>
              </w:rPr>
            </w:pPr>
            <w:hyperlink r:id="rId15" w:history="1">
              <w:r w:rsidR="00A26CA0" w:rsidRPr="00F9615D">
                <w:rPr>
                  <w:rStyle w:val="aff8"/>
                  <w:sz w:val="16"/>
                </w:rPr>
                <w:t>https://infourok.ru/prezentaciya-na-temu-religioznye-ritualy-obychai-i-obryady-5-klass-5644313.html</w:t>
              </w:r>
            </w:hyperlink>
            <w:r w:rsidR="00A26CA0" w:rsidRPr="00A26CA0">
              <w:rPr>
                <w:sz w:val="16"/>
              </w:rPr>
              <w:t xml:space="preserve">  </w:t>
            </w:r>
          </w:p>
          <w:p w:rsidR="000E2699" w:rsidRPr="00A26CA0" w:rsidRDefault="00FF10A1" w:rsidP="000E2699">
            <w:pPr>
              <w:rPr>
                <w:sz w:val="16"/>
              </w:rPr>
            </w:pPr>
            <w:hyperlink r:id="rId16" w:history="1">
              <w:r w:rsidR="00A26CA0" w:rsidRPr="00F9615D">
                <w:rPr>
                  <w:rStyle w:val="aff8"/>
                  <w:sz w:val="16"/>
                </w:rPr>
                <w:t>https://infourok.ru/prezentaciya-po-odnknr-kultura-i-religiya-5-klass-5130068.html</w:t>
              </w:r>
            </w:hyperlink>
            <w:r w:rsidR="00A26CA0" w:rsidRPr="00A26CA0">
              <w:rPr>
                <w:sz w:val="16"/>
              </w:rPr>
              <w:t xml:space="preserve"> </w:t>
            </w:r>
          </w:p>
          <w:p w:rsidR="00A26CA0" w:rsidRDefault="00A26CA0" w:rsidP="000E2699">
            <w:pPr>
              <w:rPr>
                <w:sz w:val="16"/>
              </w:rPr>
            </w:pPr>
          </w:p>
          <w:p w:rsidR="00A26CA0" w:rsidRPr="00A26CA0" w:rsidRDefault="00A26CA0" w:rsidP="000E2699">
            <w:pPr>
              <w:rPr>
                <w:sz w:val="16"/>
              </w:rPr>
            </w:pPr>
          </w:p>
        </w:tc>
      </w:tr>
      <w:tr w:rsidR="000E2699" w:rsidRPr="00A26CA0" w:rsidTr="00303A15">
        <w:trPr>
          <w:trHeight w:hRule="exact" w:val="8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1.9.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образование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0E2699" w:rsidRDefault="000E2699" w:rsidP="000E2699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смысл понятия «образование», уметь объяснять важность и необходимость образования для общества;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отбирать и сравнивать учебные материалы по теме;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Default="000E2699" w:rsidP="000E2699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E8727B" w:rsidRDefault="00FF10A1" w:rsidP="00303A15">
            <w:pPr>
              <w:rPr>
                <w:sz w:val="16"/>
                <w:szCs w:val="16"/>
              </w:rPr>
            </w:pPr>
            <w:hyperlink r:id="rId17" w:history="1">
              <w:r w:rsidR="00E8727B" w:rsidRPr="00E8727B">
                <w:rPr>
                  <w:rStyle w:val="aff8"/>
                  <w:sz w:val="16"/>
                  <w:szCs w:val="16"/>
                </w:rPr>
                <w:t>https://infourok.ru/plan-konspektk-uroku-odnknr-po-teme-kultura-i-obrazovanie-6307027.html</w:t>
              </w:r>
            </w:hyperlink>
          </w:p>
        </w:tc>
      </w:tr>
      <w:tr w:rsidR="000E2699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33" w:lineRule="auto"/>
              <w:jc w:val="center"/>
              <w:rPr>
                <w:sz w:val="12"/>
              </w:rPr>
            </w:pPr>
            <w:r w:rsidRPr="00D56E44"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1.10.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45" w:lineRule="auto"/>
              <w:ind w:left="72" w:right="576"/>
              <w:rPr>
                <w:sz w:val="16"/>
                <w:szCs w:val="16"/>
                <w:lang w:val="ru-RU"/>
              </w:rPr>
            </w:pP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  <w:lang w:val="ru-RU"/>
              </w:rPr>
              <w:t>Многообразие культур России (</w:t>
            </w:r>
            <w:r w:rsidRPr="007673E7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szCs w:val="16"/>
                <w:lang w:val="ru-RU"/>
              </w:rPr>
              <w:t>практическое занятие</w:t>
            </w: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</w:rPr>
            </w:pP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</w:rPr>
            </w:pP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</w:rPr>
            </w:pP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rPr>
                <w:sz w:val="16"/>
                <w:szCs w:val="16"/>
              </w:rPr>
            </w:pP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16"/>
                <w:szCs w:val="16"/>
                <w:lang w:val="ru-RU"/>
              </w:rPr>
            </w:pP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  <w:lang w:val="ru-RU"/>
              </w:rPr>
              <w:t xml:space="preserve">отбирать материал по нескольким источникам, готовить доклады, работать с научно-популярной литературой; </w:t>
            </w:r>
            <w:r w:rsidRPr="007673E7">
              <w:rPr>
                <w:sz w:val="16"/>
                <w:szCs w:val="16"/>
                <w:lang w:val="ru-RU"/>
              </w:rPr>
              <w:br/>
            </w:r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  <w:lang w:val="ru-RU"/>
              </w:rPr>
              <w:t>слушать выступления одноклассников;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7673E7" w:rsidRDefault="000E2699" w:rsidP="000E2699">
            <w:pPr>
              <w:autoSpaceDE w:val="0"/>
              <w:autoSpaceDN w:val="0"/>
              <w:spacing w:before="76" w:after="0" w:line="245" w:lineRule="auto"/>
              <w:ind w:left="72"/>
              <w:rPr>
                <w:sz w:val="16"/>
                <w:szCs w:val="16"/>
              </w:rPr>
            </w:pPr>
            <w:proofErr w:type="spellStart"/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7673E7"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E8727B" w:rsidRDefault="00FF10A1" w:rsidP="000E2699">
            <w:pPr>
              <w:rPr>
                <w:sz w:val="16"/>
                <w:szCs w:val="16"/>
              </w:rPr>
            </w:pPr>
            <w:hyperlink r:id="rId18" w:history="1">
              <w:r w:rsidR="00E55C05" w:rsidRPr="00E8727B">
                <w:rPr>
                  <w:rStyle w:val="aff8"/>
                  <w:sz w:val="16"/>
                  <w:szCs w:val="16"/>
                </w:rPr>
                <w:t>http://ship-las.ucoz.ru/OPK/5_kl_Uroki/urok_2_velichie_mnogonacionalnoj_rossijskoj_kultur.pdf</w:t>
              </w:r>
            </w:hyperlink>
            <w:r w:rsidR="00E55C05" w:rsidRPr="00E8727B">
              <w:rPr>
                <w:sz w:val="16"/>
                <w:szCs w:val="16"/>
              </w:rPr>
              <w:t xml:space="preserve"> </w:t>
            </w:r>
          </w:p>
        </w:tc>
      </w:tr>
      <w:tr w:rsidR="00D56E44" w:rsidRPr="00901905" w:rsidTr="00D56E44">
        <w:trPr>
          <w:trHeight w:hRule="exact" w:val="285"/>
        </w:trPr>
        <w:tc>
          <w:tcPr>
            <w:tcW w:w="157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D56E44" w:rsidRDefault="00D56E44" w:rsidP="00D56E44">
            <w:pPr>
              <w:autoSpaceDE w:val="0"/>
              <w:autoSpaceDN w:val="0"/>
              <w:spacing w:before="76" w:after="0" w:line="233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7673E7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2. «Семья и духовно-нравственные ценности»</w:t>
            </w:r>
          </w:p>
        </w:tc>
      </w:tr>
      <w:tr w:rsidR="00D56E44" w:rsidRPr="00B8168A" w:rsidTr="00D56E44">
        <w:trPr>
          <w:trHeight w:hRule="exact" w:val="11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45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Семья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 —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хранитель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духовных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ценностей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семья, формировать представление о взаимосвязях между типом культуры и особенностями семейного уклада у разных народов;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значение термина «поколение»;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решать проблемные задачи;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901905" w:rsidRDefault="00FF10A1" w:rsidP="00D56E44">
            <w:pPr>
              <w:rPr>
                <w:sz w:val="16"/>
                <w:szCs w:val="16"/>
              </w:rPr>
            </w:pPr>
            <w:hyperlink r:id="rId19" w:history="1">
              <w:r w:rsidR="00B8168A" w:rsidRPr="00D206F8">
                <w:rPr>
                  <w:rStyle w:val="aff8"/>
                  <w:sz w:val="16"/>
                  <w:szCs w:val="16"/>
                </w:rPr>
                <w:t>https</w:t>
              </w:r>
              <w:r w:rsidR="00B8168A" w:rsidRPr="00901905">
                <w:rPr>
                  <w:rStyle w:val="aff8"/>
                  <w:sz w:val="16"/>
                  <w:szCs w:val="16"/>
                </w:rPr>
                <w:t>://</w:t>
              </w:r>
              <w:r w:rsidR="00B8168A" w:rsidRPr="00D206F8">
                <w:rPr>
                  <w:rStyle w:val="aff8"/>
                  <w:sz w:val="16"/>
                  <w:szCs w:val="16"/>
                </w:rPr>
                <w:t>interneturok</w:t>
              </w:r>
              <w:r w:rsidR="00B8168A" w:rsidRPr="00901905">
                <w:rPr>
                  <w:rStyle w:val="aff8"/>
                  <w:sz w:val="16"/>
                  <w:szCs w:val="16"/>
                </w:rPr>
                <w:t>.</w:t>
              </w:r>
              <w:r w:rsidR="00B8168A" w:rsidRPr="00D206F8">
                <w:rPr>
                  <w:rStyle w:val="aff8"/>
                  <w:sz w:val="16"/>
                  <w:szCs w:val="16"/>
                </w:rPr>
                <w:t>ru</w:t>
              </w:r>
              <w:r w:rsidR="00B8168A" w:rsidRPr="00901905">
                <w:rPr>
                  <w:rStyle w:val="aff8"/>
                  <w:sz w:val="16"/>
                  <w:szCs w:val="16"/>
                </w:rPr>
                <w:t>/</w:t>
              </w:r>
              <w:r w:rsidR="00B8168A" w:rsidRPr="00D206F8">
                <w:rPr>
                  <w:rStyle w:val="aff8"/>
                  <w:sz w:val="16"/>
                  <w:szCs w:val="16"/>
                </w:rPr>
                <w:t>lesson</w:t>
              </w:r>
              <w:r w:rsidR="00B8168A" w:rsidRPr="00901905">
                <w:rPr>
                  <w:rStyle w:val="aff8"/>
                  <w:sz w:val="16"/>
                  <w:szCs w:val="16"/>
                </w:rPr>
                <w:t>/</w:t>
              </w:r>
              <w:r w:rsidR="00B8168A" w:rsidRPr="00D206F8">
                <w:rPr>
                  <w:rStyle w:val="aff8"/>
                  <w:sz w:val="16"/>
                  <w:szCs w:val="16"/>
                </w:rPr>
                <w:t>odnknr</w:t>
              </w:r>
              <w:r w:rsidR="00B8168A" w:rsidRPr="00901905">
                <w:rPr>
                  <w:rStyle w:val="aff8"/>
                  <w:sz w:val="16"/>
                  <w:szCs w:val="16"/>
                </w:rPr>
                <w:t>/5-</w:t>
              </w:r>
              <w:r w:rsidR="00B8168A" w:rsidRPr="00D206F8">
                <w:rPr>
                  <w:rStyle w:val="aff8"/>
                  <w:sz w:val="16"/>
                  <w:szCs w:val="16"/>
                </w:rPr>
                <w:t>klass</w:t>
              </w:r>
              <w:r w:rsidR="00B8168A" w:rsidRPr="00901905">
                <w:rPr>
                  <w:rStyle w:val="aff8"/>
                  <w:sz w:val="16"/>
                  <w:szCs w:val="16"/>
                </w:rPr>
                <w:t>/</w:t>
              </w:r>
              <w:r w:rsidR="00B8168A" w:rsidRPr="00D206F8">
                <w:rPr>
                  <w:rStyle w:val="aff8"/>
                  <w:sz w:val="16"/>
                  <w:szCs w:val="16"/>
                </w:rPr>
                <w:t>spisok</w:t>
              </w:r>
              <w:r w:rsidR="00B8168A" w:rsidRPr="00901905">
                <w:rPr>
                  <w:rStyle w:val="aff8"/>
                  <w:sz w:val="16"/>
                  <w:szCs w:val="16"/>
                </w:rPr>
                <w:t>-</w:t>
              </w:r>
              <w:r w:rsidR="00B8168A" w:rsidRPr="00D206F8">
                <w:rPr>
                  <w:rStyle w:val="aff8"/>
                  <w:sz w:val="16"/>
                  <w:szCs w:val="16"/>
                </w:rPr>
                <w:t>urokov</w:t>
              </w:r>
              <w:r w:rsidR="00B8168A" w:rsidRPr="00901905">
                <w:rPr>
                  <w:rStyle w:val="aff8"/>
                  <w:sz w:val="16"/>
                  <w:szCs w:val="16"/>
                </w:rPr>
                <w:t>/</w:t>
              </w:r>
              <w:r w:rsidR="00B8168A" w:rsidRPr="00D206F8">
                <w:rPr>
                  <w:rStyle w:val="aff8"/>
                  <w:sz w:val="16"/>
                  <w:szCs w:val="16"/>
                </w:rPr>
                <w:t>semya</w:t>
              </w:r>
              <w:r w:rsidR="00B8168A" w:rsidRPr="00901905">
                <w:rPr>
                  <w:rStyle w:val="aff8"/>
                  <w:sz w:val="16"/>
                  <w:szCs w:val="16"/>
                </w:rPr>
                <w:t>-</w:t>
              </w:r>
              <w:r w:rsidR="00B8168A" w:rsidRPr="00D206F8">
                <w:rPr>
                  <w:rStyle w:val="aff8"/>
                  <w:sz w:val="16"/>
                  <w:szCs w:val="16"/>
                </w:rPr>
                <w:t>hranitel</w:t>
              </w:r>
              <w:r w:rsidR="00B8168A" w:rsidRPr="00901905">
                <w:rPr>
                  <w:rStyle w:val="aff8"/>
                  <w:sz w:val="16"/>
                  <w:szCs w:val="16"/>
                </w:rPr>
                <w:t>-</w:t>
              </w:r>
              <w:r w:rsidR="00B8168A" w:rsidRPr="00D206F8">
                <w:rPr>
                  <w:rStyle w:val="aff8"/>
                  <w:sz w:val="16"/>
                  <w:szCs w:val="16"/>
                </w:rPr>
                <w:t>duhovnyh</w:t>
              </w:r>
              <w:r w:rsidR="00B8168A" w:rsidRPr="00901905">
                <w:rPr>
                  <w:rStyle w:val="aff8"/>
                  <w:sz w:val="16"/>
                  <w:szCs w:val="16"/>
                </w:rPr>
                <w:t>-</w:t>
              </w:r>
              <w:r w:rsidR="00B8168A" w:rsidRPr="00D206F8">
                <w:rPr>
                  <w:rStyle w:val="aff8"/>
                  <w:sz w:val="16"/>
                  <w:szCs w:val="16"/>
                </w:rPr>
                <w:t>tsennostey</w:t>
              </w:r>
              <w:r w:rsidR="00B8168A" w:rsidRPr="00901905">
                <w:rPr>
                  <w:rStyle w:val="aff8"/>
                  <w:sz w:val="16"/>
                  <w:szCs w:val="16"/>
                </w:rPr>
                <w:t>?</w:t>
              </w:r>
              <w:r w:rsidR="00B8168A" w:rsidRPr="00D206F8">
                <w:rPr>
                  <w:rStyle w:val="aff8"/>
                  <w:sz w:val="16"/>
                  <w:szCs w:val="16"/>
                </w:rPr>
                <w:t>block</w:t>
              </w:r>
              <w:r w:rsidR="00B8168A" w:rsidRPr="00901905">
                <w:rPr>
                  <w:rStyle w:val="aff8"/>
                  <w:sz w:val="16"/>
                  <w:szCs w:val="16"/>
                </w:rPr>
                <w:t>=</w:t>
              </w:r>
              <w:r w:rsidR="00B8168A" w:rsidRPr="00D206F8">
                <w:rPr>
                  <w:rStyle w:val="aff8"/>
                  <w:sz w:val="16"/>
                  <w:szCs w:val="16"/>
                </w:rPr>
                <w:t>content</w:t>
              </w:r>
            </w:hyperlink>
            <w:r w:rsidR="00B8168A" w:rsidRPr="00901905">
              <w:rPr>
                <w:sz w:val="16"/>
                <w:szCs w:val="16"/>
              </w:rPr>
              <w:t xml:space="preserve"> </w:t>
            </w:r>
          </w:p>
        </w:tc>
      </w:tr>
      <w:tr w:rsidR="00D56E44" w:rsidRPr="00D56E44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B8168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2.2.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8168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Родина начинается с семьи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8168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8168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8168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D56E44" w:rsidP="00D56E44">
            <w:pPr>
              <w:rPr>
                <w:lang w:val="ru-RU"/>
              </w:rPr>
            </w:pP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как и почему история каждой семьи тесно связана с историей страны, народа;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разграничивать понятия по теме, систематизировать учебный материал;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B8168A" w:rsidRDefault="00FF10A1" w:rsidP="00D56E44">
            <w:pPr>
              <w:rPr>
                <w:sz w:val="16"/>
                <w:szCs w:val="16"/>
              </w:rPr>
            </w:pPr>
            <w:hyperlink r:id="rId20" w:history="1">
              <w:r w:rsidR="00D56E44" w:rsidRPr="00B8168A">
                <w:rPr>
                  <w:rStyle w:val="aff8"/>
                  <w:sz w:val="16"/>
                  <w:szCs w:val="16"/>
                </w:rPr>
                <w:t>https://infourok.ru/prezentaciya-dlya-klassnogo-chasa-s-klassi-lyubov-k-rodine-nachinaetsya-s-semi-1216206.html</w:t>
              </w:r>
            </w:hyperlink>
            <w:r w:rsidR="00D56E44" w:rsidRPr="00B8168A">
              <w:rPr>
                <w:sz w:val="16"/>
                <w:szCs w:val="16"/>
              </w:rPr>
              <w:t xml:space="preserve"> </w:t>
            </w:r>
          </w:p>
        </w:tc>
      </w:tr>
      <w:tr w:rsidR="00D56E44" w:rsidRPr="00D56E44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Традиции семейного воспитания 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традиция, уметь рассказывать о традициях своей семьи, семейных традициях своего народа и других народов России;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и разграничивать основные понятия по теме;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просматривать и анализировать учебные фильмы, работать с раздаточным материалом;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1F480F" w:rsidRDefault="00FF10A1" w:rsidP="00D56E44">
            <w:pPr>
              <w:rPr>
                <w:sz w:val="16"/>
              </w:rPr>
            </w:pPr>
            <w:hyperlink r:id="rId21" w:history="1">
              <w:r w:rsidR="00D56E44" w:rsidRPr="00F9615D">
                <w:rPr>
                  <w:rStyle w:val="aff8"/>
                  <w:sz w:val="16"/>
                </w:rPr>
                <w:t>https://infourok.ru/prezentaciya-po-odnknr-v-5-kl-tradicii-vospitaniya-4074606.html</w:t>
              </w:r>
            </w:hyperlink>
            <w:r w:rsidR="00D56E44" w:rsidRPr="001F480F">
              <w:rPr>
                <w:sz w:val="16"/>
              </w:rPr>
              <w:t xml:space="preserve"> </w:t>
            </w:r>
          </w:p>
        </w:tc>
      </w:tr>
      <w:tr w:rsidR="00D56E44" w:rsidRPr="00D56E44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Образ семьи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основные фольклорные сюжеты о семье, семейных ценностях;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и понимать морально-нравственное значение семьи;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научно-популярной литературой, просматривать и анализировать учебные фильмы, систематизировать учебный материал;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1F480F" w:rsidRDefault="00FF10A1" w:rsidP="00D56E44">
            <w:pPr>
              <w:rPr>
                <w:sz w:val="16"/>
              </w:rPr>
            </w:pPr>
            <w:hyperlink r:id="rId22" w:history="1">
              <w:r w:rsidR="00D56E44" w:rsidRPr="00F9615D">
                <w:rPr>
                  <w:rStyle w:val="aff8"/>
                  <w:sz w:val="16"/>
                </w:rPr>
                <w:t>https://infourok.ru/pavlov-a-k-semejnye-cennosti-v-folklore-narodov-rossii-prezentaciya-5506873.html</w:t>
              </w:r>
            </w:hyperlink>
            <w:r w:rsidR="00D56E44" w:rsidRPr="001F480F">
              <w:rPr>
                <w:sz w:val="16"/>
              </w:rPr>
              <w:t xml:space="preserve"> </w:t>
            </w:r>
          </w:p>
        </w:tc>
      </w:tr>
      <w:tr w:rsidR="00D56E44" w:rsidRPr="00D56E44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Труд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истории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семьи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«семейный труд», сознавать и характеризовать важного общего семейного труда для укрепления целостности семьи;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самостоятельно работать с учебником;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AD4571" w:rsidRDefault="00FF10A1" w:rsidP="00D56E44">
            <w:pPr>
              <w:rPr>
                <w:sz w:val="16"/>
              </w:rPr>
            </w:pPr>
            <w:hyperlink r:id="rId23" w:history="1">
              <w:r w:rsidR="00D56E44" w:rsidRPr="00F9615D">
                <w:rPr>
                  <w:rStyle w:val="aff8"/>
                  <w:sz w:val="16"/>
                </w:rPr>
                <w:t>https://infourok.ru/prezentaciya-k-uroku-po-odnknr-lyudi-truda-6027220.html</w:t>
              </w:r>
            </w:hyperlink>
            <w:r w:rsidR="00D56E44" w:rsidRPr="00AA275B">
              <w:rPr>
                <w:sz w:val="16"/>
              </w:rPr>
              <w:t xml:space="preserve"> </w:t>
            </w:r>
            <w:r w:rsidR="00D56E44" w:rsidRPr="00AD4571">
              <w:rPr>
                <w:sz w:val="16"/>
              </w:rPr>
              <w:t xml:space="preserve"> </w:t>
            </w:r>
            <w:hyperlink r:id="rId24" w:history="1">
              <w:r w:rsidR="00D56E44" w:rsidRPr="00F9615D">
                <w:rPr>
                  <w:rStyle w:val="aff8"/>
                  <w:sz w:val="16"/>
                </w:rPr>
                <w:t>https://infourok.ru/semya-pervyj-trudovoj-kollektiv-4982737.html</w:t>
              </w:r>
            </w:hyperlink>
            <w:r w:rsidR="00D56E44" w:rsidRPr="00AD4571">
              <w:rPr>
                <w:sz w:val="16"/>
              </w:rPr>
              <w:t xml:space="preserve"> </w:t>
            </w:r>
          </w:p>
          <w:p w:rsidR="00D56E44" w:rsidRPr="00AD4571" w:rsidRDefault="00D56E44" w:rsidP="00D56E44">
            <w:pPr>
              <w:rPr>
                <w:sz w:val="16"/>
              </w:rPr>
            </w:pPr>
          </w:p>
        </w:tc>
      </w:tr>
      <w:tr w:rsidR="00D56E44" w:rsidRPr="00D56E44" w:rsidTr="00D56E44">
        <w:trPr>
          <w:trHeight w:hRule="exact" w:val="105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Семья в современном мире (</w:t>
            </w:r>
            <w:r w:rsidRPr="000E2699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0E2699" w:rsidRDefault="00D56E44" w:rsidP="00D56E44">
            <w:pPr>
              <w:autoSpaceDE w:val="0"/>
              <w:autoSpaceDN w:val="0"/>
              <w:spacing w:before="78" w:after="0" w:line="250" w:lineRule="auto"/>
              <w:ind w:left="72" w:right="576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почему важно изучать и хранить историю своей семьи, передавать её следующим поколениям;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готовить доклад, сообщение; создавать семейное древо; отбирать и сравнивать материал из нескольких источников;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Default="00D56E44" w:rsidP="00D56E44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1F480F" w:rsidRDefault="00FF10A1" w:rsidP="00D56E44">
            <w:pPr>
              <w:rPr>
                <w:sz w:val="16"/>
              </w:rPr>
            </w:pPr>
            <w:hyperlink r:id="rId25" w:history="1">
              <w:r w:rsidR="00D56E44" w:rsidRPr="00F9615D">
                <w:rPr>
                  <w:rStyle w:val="aff8"/>
                  <w:sz w:val="16"/>
                </w:rPr>
                <w:t>https://infourok.ru/prezentaciya-po-obschestvoznaniyu-v-klasse-po-teme-sovremennaya-semya-599712.html</w:t>
              </w:r>
            </w:hyperlink>
            <w:r w:rsidR="00D56E44" w:rsidRPr="001F480F">
              <w:rPr>
                <w:sz w:val="16"/>
              </w:rPr>
              <w:t xml:space="preserve"> </w:t>
            </w:r>
          </w:p>
        </w:tc>
      </w:tr>
      <w:tr w:rsidR="00D56E44" w:rsidRPr="00901905" w:rsidTr="000F55F8">
        <w:trPr>
          <w:trHeight w:hRule="exact" w:val="249"/>
        </w:trPr>
        <w:tc>
          <w:tcPr>
            <w:tcW w:w="157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E44" w:rsidRPr="00D56E44" w:rsidRDefault="00D56E44" w:rsidP="00D56E44">
            <w:pPr>
              <w:rPr>
                <w:sz w:val="16"/>
                <w:lang w:val="ru-RU"/>
              </w:rPr>
            </w:pPr>
            <w:r w:rsidRPr="000E2699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3. «Духовно-нравственное богатство личности</w:t>
            </w:r>
            <w:r w:rsidR="000F55F8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»</w:t>
            </w:r>
          </w:p>
        </w:tc>
      </w:tr>
      <w:tr w:rsidR="000F55F8" w:rsidRPr="000F55F8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lastRenderedPageBreak/>
              <w:t>3.1.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Личность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 —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общество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 —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знать, что такое гуманизм, понимать, что делает человека человеком и какие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проявления людей можно назвать гуманными;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научно-популярной литературой, уметь разграничивать понятия, осваивать смысловое чтение (решать текстовые задачи);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F480F" w:rsidRDefault="00FF10A1" w:rsidP="000F55F8">
            <w:pPr>
              <w:rPr>
                <w:sz w:val="16"/>
              </w:rPr>
            </w:pPr>
            <w:hyperlink r:id="rId26" w:history="1">
              <w:r w:rsidR="000F55F8" w:rsidRPr="00F9615D">
                <w:rPr>
                  <w:rStyle w:val="aff8"/>
                  <w:sz w:val="16"/>
                </w:rPr>
                <w:t>https://ppt4web.ru/obshhestvoznanija/kultura-lichnost-obshhestvo.html</w:t>
              </w:r>
            </w:hyperlink>
            <w:r w:rsidR="000F55F8" w:rsidRPr="001F480F">
              <w:rPr>
                <w:sz w:val="16"/>
              </w:rPr>
              <w:t xml:space="preserve"> </w:t>
            </w:r>
          </w:p>
        </w:tc>
      </w:tr>
      <w:tr w:rsidR="000F55F8" w:rsidRPr="000F55F8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Духовный мир человека. Человек —творец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значение слова «человек» в контексте духовно- нравственной культуры;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учебником, уметь понимать и разграничивать основные понятия по теме;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F480F" w:rsidRDefault="00FF10A1" w:rsidP="000F55F8">
            <w:pPr>
              <w:rPr>
                <w:sz w:val="16"/>
              </w:rPr>
            </w:pPr>
            <w:hyperlink r:id="rId27" w:history="1">
              <w:r w:rsidR="000F55F8" w:rsidRPr="001F480F">
                <w:rPr>
                  <w:rStyle w:val="aff8"/>
                  <w:sz w:val="16"/>
                </w:rPr>
                <w:t>https://infourok.ru/prezentaciya-k-uroku-na-temu-chelovek-tvorec-i-nositel-kultury-4453076.html</w:t>
              </w:r>
            </w:hyperlink>
            <w:r w:rsidR="000F55F8" w:rsidRPr="001F480F">
              <w:rPr>
                <w:sz w:val="16"/>
              </w:rPr>
              <w:t xml:space="preserve">  </w:t>
            </w:r>
          </w:p>
          <w:p w:rsidR="000F55F8" w:rsidRPr="001F480F" w:rsidRDefault="00FF10A1" w:rsidP="000F55F8">
            <w:pPr>
              <w:rPr>
                <w:sz w:val="16"/>
              </w:rPr>
            </w:pPr>
            <w:hyperlink r:id="rId28" w:history="1">
              <w:r w:rsidR="000F55F8" w:rsidRPr="001F480F">
                <w:rPr>
                  <w:rStyle w:val="aff8"/>
                  <w:sz w:val="16"/>
                </w:rPr>
                <w:t>https://infourok.ru/prezentaciya-po-odnknr-5-klass-tvoj-duhovnyj-mir-4284423.html</w:t>
              </w:r>
            </w:hyperlink>
            <w:r w:rsidR="000F55F8" w:rsidRPr="001F480F">
              <w:rPr>
                <w:sz w:val="16"/>
              </w:rPr>
              <w:t xml:space="preserve"> </w:t>
            </w:r>
          </w:p>
        </w:tc>
      </w:tr>
      <w:tr w:rsidR="000F55F8" w:rsidRPr="00901905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Личность и духовно-нравственные ценности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мораль и нравственность, любовь к близким; показывать на примерах важность таких ценностей как взаимопомощь, сострадание, милосердие, любовь, дружба и др.;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разграничивать и определять основные понятия, решать текстовые задачи, работать с учебником;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303A15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FF10A1" w:rsidP="000F55F8">
            <w:pPr>
              <w:rPr>
                <w:sz w:val="16"/>
                <w:lang w:val="ru-RU"/>
              </w:rPr>
            </w:pPr>
            <w:hyperlink r:id="rId29" w:history="1">
              <w:r w:rsidR="000F55F8" w:rsidRPr="00AD4571">
                <w:rPr>
                  <w:rStyle w:val="aff8"/>
                  <w:sz w:val="16"/>
                </w:rPr>
                <w:t>https</w:t>
              </w:r>
              <w:r w:rsidR="000F55F8" w:rsidRPr="000F55F8">
                <w:rPr>
                  <w:rStyle w:val="aff8"/>
                  <w:sz w:val="16"/>
                  <w:lang w:val="ru-RU"/>
                </w:rPr>
                <w:t>://</w:t>
              </w:r>
              <w:proofErr w:type="spellStart"/>
              <w:r w:rsidR="000F55F8" w:rsidRPr="00AD4571">
                <w:rPr>
                  <w:rStyle w:val="aff8"/>
                  <w:sz w:val="16"/>
                </w:rPr>
                <w:t>resh</w:t>
              </w:r>
              <w:proofErr w:type="spellEnd"/>
              <w:r w:rsidR="000F55F8" w:rsidRPr="000F55F8">
                <w:rPr>
                  <w:rStyle w:val="aff8"/>
                  <w:sz w:val="16"/>
                  <w:lang w:val="ru-RU"/>
                </w:rPr>
                <w:t>.</w:t>
              </w:r>
              <w:proofErr w:type="spellStart"/>
              <w:r w:rsidR="000F55F8" w:rsidRPr="00AD4571">
                <w:rPr>
                  <w:rStyle w:val="aff8"/>
                  <w:sz w:val="16"/>
                </w:rPr>
                <w:t>edu</w:t>
              </w:r>
              <w:proofErr w:type="spellEnd"/>
              <w:r w:rsidR="000F55F8" w:rsidRPr="000F55F8">
                <w:rPr>
                  <w:rStyle w:val="aff8"/>
                  <w:sz w:val="16"/>
                  <w:lang w:val="ru-RU"/>
                </w:rPr>
                <w:t>.</w:t>
              </w:r>
              <w:proofErr w:type="spellStart"/>
              <w:r w:rsidR="000F55F8" w:rsidRPr="00AD4571">
                <w:rPr>
                  <w:rStyle w:val="aff8"/>
                  <w:sz w:val="16"/>
                </w:rPr>
                <w:t>ru</w:t>
              </w:r>
              <w:proofErr w:type="spellEnd"/>
              <w:r w:rsidR="000F55F8" w:rsidRPr="000F55F8">
                <w:rPr>
                  <w:rStyle w:val="aff8"/>
                  <w:sz w:val="16"/>
                  <w:lang w:val="ru-RU"/>
                </w:rPr>
                <w:t>/</w:t>
              </w:r>
              <w:r w:rsidR="000F55F8" w:rsidRPr="00AD4571">
                <w:rPr>
                  <w:rStyle w:val="aff8"/>
                  <w:sz w:val="16"/>
                </w:rPr>
                <w:t>special</w:t>
              </w:r>
              <w:r w:rsidR="000F55F8" w:rsidRPr="000F55F8">
                <w:rPr>
                  <w:rStyle w:val="aff8"/>
                  <w:sz w:val="16"/>
                  <w:lang w:val="ru-RU"/>
                </w:rPr>
                <w:t>-</w:t>
              </w:r>
              <w:r w:rsidR="000F55F8" w:rsidRPr="00AD4571">
                <w:rPr>
                  <w:rStyle w:val="aff8"/>
                  <w:sz w:val="16"/>
                </w:rPr>
                <w:t>course</w:t>
              </w:r>
              <w:r w:rsidR="000F55F8" w:rsidRPr="000F55F8">
                <w:rPr>
                  <w:rStyle w:val="aff8"/>
                  <w:sz w:val="16"/>
                  <w:lang w:val="ru-RU"/>
                </w:rPr>
                <w:t>/1/55</w:t>
              </w:r>
            </w:hyperlink>
            <w:r w:rsidR="000F55F8" w:rsidRPr="000F55F8">
              <w:rPr>
                <w:sz w:val="16"/>
                <w:lang w:val="ru-RU"/>
              </w:rPr>
              <w:t xml:space="preserve"> </w:t>
            </w:r>
          </w:p>
        </w:tc>
      </w:tr>
      <w:tr w:rsidR="000F55F8" w:rsidRPr="00901905" w:rsidTr="000F55F8">
        <w:trPr>
          <w:trHeight w:hRule="exact" w:val="319"/>
        </w:trPr>
        <w:tc>
          <w:tcPr>
            <w:tcW w:w="157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D56E44" w:rsidRDefault="000F55F8" w:rsidP="000F55F8">
            <w:pPr>
              <w:rPr>
                <w:sz w:val="16"/>
                <w:lang w:val="ru-RU"/>
              </w:rPr>
            </w:pPr>
            <w:r w:rsidRPr="000E2699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4. «Культурное единство России»</w:t>
            </w:r>
          </w:p>
        </w:tc>
      </w:tr>
      <w:tr w:rsidR="000F55F8" w:rsidRPr="000F55F8" w:rsidTr="000F55F8">
        <w:trPr>
          <w:trHeight w:hRule="exact" w:val="11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2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смысл термина «история», понимать важность изучения истории; понимать и объяснять, что такое историческая память, как история каждой семьи связана с историей страны;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выделять и определять основные понятия, слушать и анализировать выступления одноклассников;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2845EA" w:rsidRDefault="00FF10A1" w:rsidP="000F55F8">
            <w:pPr>
              <w:rPr>
                <w:sz w:val="16"/>
              </w:rPr>
            </w:pPr>
            <w:hyperlink r:id="rId30" w:history="1">
              <w:r w:rsidR="000F55F8" w:rsidRPr="00F9615D">
                <w:rPr>
                  <w:rStyle w:val="aff8"/>
                  <w:sz w:val="16"/>
                </w:rPr>
                <w:t>https://infourok.ru/prezentaciya-k-uroku-odnknr-5-klass-po-teme-beregi-zemlyu-rodimuyu-kak-mat-lyubimuyu-razdel-nravstvennye-cennosti-rossijskogo-na-5347445.html</w:t>
              </w:r>
            </w:hyperlink>
            <w:r w:rsidR="000F55F8" w:rsidRPr="002845EA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27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Литература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как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язык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культуры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литературы, её отличия от других видов художественного творчества;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средства выражения духовного мира человека, его морали и нравственности в произведениях литературы;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художественной литературой, изучать и анализировать источники;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4E5584" w:rsidRDefault="00FF10A1" w:rsidP="000F55F8">
            <w:hyperlink r:id="rId31" w:history="1">
              <w:r w:rsidR="000F55F8" w:rsidRPr="00F9615D">
                <w:rPr>
                  <w:rStyle w:val="aff8"/>
                  <w:sz w:val="16"/>
                </w:rPr>
                <w:t>https://resh.edu.ru/subject/lesson/727/</w:t>
              </w:r>
            </w:hyperlink>
            <w:r w:rsidR="000F55F8" w:rsidRPr="004E5584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13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Взаимовлияние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представление о значении терминов «взаимодействие культур», «культурный обмен»;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важность сохранения культурного наследия;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понимать и разграничивать понятия, отбирать и сравнивать материал по нескольким источникам;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4E5584" w:rsidRDefault="00FF10A1" w:rsidP="000F55F8">
            <w:pPr>
              <w:rPr>
                <w:sz w:val="16"/>
              </w:rPr>
            </w:pPr>
            <w:hyperlink r:id="rId32" w:history="1">
              <w:r w:rsidR="000F55F8" w:rsidRPr="00F9615D">
                <w:rPr>
                  <w:rStyle w:val="aff8"/>
                  <w:sz w:val="16"/>
                </w:rPr>
                <w:t>http://school2-mednogo.ucoz.ru/_spt/mai22/odnk_5_klass_dialog.pdf</w:t>
              </w:r>
            </w:hyperlink>
            <w:r w:rsidR="000F55F8" w:rsidRPr="004E5584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12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значение основных понятий, отражающих духовно-нравственные ценности;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осознавать их и защищать в качестве базовых общегражданских ценностей российского общества;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учебником (смысловое чтение);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4E5584" w:rsidRDefault="00FF10A1" w:rsidP="000F55F8">
            <w:pPr>
              <w:rPr>
                <w:sz w:val="16"/>
              </w:rPr>
            </w:pPr>
            <w:hyperlink r:id="rId33" w:history="1">
              <w:r w:rsidR="000F55F8" w:rsidRPr="00F9615D">
                <w:rPr>
                  <w:rStyle w:val="aff8"/>
                  <w:sz w:val="16"/>
                </w:rPr>
                <w:t>https://infourok.ru/urokprezentaciya-po-odnk-na-temu-nravstvennie-cennosti-rossiyskogo-naroda-3349295.html</w:t>
              </w:r>
            </w:hyperlink>
            <w:r w:rsidR="000F55F8" w:rsidRPr="004E5584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26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72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Регионы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России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многообразие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2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принципы федеративного устройства России, объяснять </w:t>
            </w:r>
            <w:proofErr w:type="spellStart"/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понятие«полиэтничность</w:t>
            </w:r>
            <w:proofErr w:type="spellEnd"/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»;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ценность многообразия культурных укладов народов России;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рассказывать о культурном своеобразии своей малой родины;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и анализировать выступления одноклассников, работать с источниками;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FF10A1" w:rsidP="000F55F8">
            <w:pPr>
              <w:rPr>
                <w:sz w:val="16"/>
              </w:rPr>
            </w:pPr>
            <w:hyperlink r:id="rId34" w:history="1">
              <w:r w:rsidR="000F55F8" w:rsidRPr="00F9615D">
                <w:rPr>
                  <w:rStyle w:val="aff8"/>
                  <w:sz w:val="16"/>
                </w:rPr>
                <w:t>https://multiurok.ru/files/priezientatsiia-mnoghoobraziie-kul-tury-narodov-ro.html</w:t>
              </w:r>
            </w:hyperlink>
          </w:p>
          <w:p w:rsidR="000F55F8" w:rsidRPr="00ED7D4A" w:rsidRDefault="000F55F8" w:rsidP="000F55F8">
            <w:pPr>
              <w:rPr>
                <w:sz w:val="16"/>
              </w:rPr>
            </w:pPr>
            <w:r w:rsidRPr="00ED7D4A">
              <w:rPr>
                <w:sz w:val="16"/>
              </w:rPr>
              <w:t xml:space="preserve"> </w:t>
            </w:r>
            <w:r w:rsidRPr="004E5584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27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4.6.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Праздники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0" w:lineRule="auto"/>
              <w:ind w:left="72" w:right="720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«народный праздник»;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рассказывать о праздничных традициях разных народов и своей семьи; понимать и объяснять нравственный смысл народного праздника;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просматривать и анализировать учебные фильмы;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4E5584" w:rsidRDefault="00FF10A1" w:rsidP="000F55F8">
            <w:pPr>
              <w:rPr>
                <w:sz w:val="16"/>
              </w:rPr>
            </w:pPr>
            <w:hyperlink r:id="rId35" w:history="1">
              <w:r w:rsidR="000F55F8" w:rsidRPr="00F9615D">
                <w:rPr>
                  <w:rStyle w:val="aff8"/>
                  <w:sz w:val="16"/>
                </w:rPr>
                <w:t>http://www.myshared.ru/slide/547586/</w:t>
              </w:r>
            </w:hyperlink>
            <w:r w:rsidR="000F55F8" w:rsidRPr="004E5584">
              <w:rPr>
                <w:sz w:val="16"/>
              </w:rPr>
              <w:t xml:space="preserve"> </w:t>
            </w:r>
          </w:p>
          <w:p w:rsidR="000F55F8" w:rsidRPr="00ED7D4A" w:rsidRDefault="00FF10A1" w:rsidP="000F55F8">
            <w:pPr>
              <w:rPr>
                <w:sz w:val="16"/>
                <w:lang w:val="ru-RU"/>
              </w:rPr>
            </w:pPr>
            <w:hyperlink r:id="rId36" w:history="1">
              <w:r w:rsidR="000F55F8" w:rsidRPr="00F9615D">
                <w:rPr>
                  <w:rStyle w:val="aff8"/>
                  <w:sz w:val="16"/>
                </w:rPr>
                <w:t>https://lusana.ru/presentation/22839</w:t>
              </w:r>
            </w:hyperlink>
            <w:r w:rsidR="000F55F8">
              <w:rPr>
                <w:sz w:val="16"/>
                <w:lang w:val="ru-RU"/>
              </w:rPr>
              <w:t xml:space="preserve"> </w:t>
            </w:r>
          </w:p>
        </w:tc>
      </w:tr>
      <w:tr w:rsidR="000F55F8" w:rsidRPr="000F55F8" w:rsidTr="000F55F8">
        <w:trPr>
          <w:trHeight w:hRule="exact" w:val="112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lastRenderedPageBreak/>
              <w:t>4.7.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Памятники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2" w:lineRule="auto"/>
              <w:ind w:left="72" w:right="86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устанавливать связь между историей памятника и историей края;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памятники истории и культуры;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нравственный и научный смысл краеведческой работы;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литературой, просматривать и анализировать учебные фильмы;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FF10A1" w:rsidP="000F55F8">
            <w:pPr>
              <w:rPr>
                <w:sz w:val="18"/>
              </w:rPr>
            </w:pPr>
            <w:hyperlink r:id="rId37" w:history="1">
              <w:r w:rsidR="000F55F8" w:rsidRPr="00ED7D4A">
                <w:rPr>
                  <w:rStyle w:val="aff8"/>
                  <w:sz w:val="18"/>
                </w:rPr>
                <w:t>http://www.myshared.ru/slide/1369755/</w:t>
              </w:r>
            </w:hyperlink>
            <w:r w:rsidR="000F55F8" w:rsidRPr="00ED7D4A">
              <w:rPr>
                <w:sz w:val="18"/>
              </w:rPr>
              <w:t xml:space="preserve"> </w:t>
            </w:r>
          </w:p>
          <w:p w:rsidR="000F55F8" w:rsidRPr="00ED7D4A" w:rsidRDefault="000F55F8" w:rsidP="000F55F8"/>
        </w:tc>
      </w:tr>
      <w:tr w:rsidR="000F55F8" w:rsidRPr="000F55F8" w:rsidTr="000F55F8">
        <w:trPr>
          <w:trHeight w:hRule="exact" w:val="114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4.8.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Музыкальная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России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музыки как вида искусства;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и называть основные темы музыкального творчества народов России, понимать, как история народа отражается в его музыке;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объяснения учителя, работать с научно-популярной литературой,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просматривать и анализировать учебные фильмы;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7E7DD4" w:rsidRDefault="00FF10A1" w:rsidP="000F55F8">
            <w:pPr>
              <w:rPr>
                <w:sz w:val="16"/>
                <w:szCs w:val="16"/>
              </w:rPr>
            </w:pPr>
            <w:hyperlink r:id="rId38" w:history="1">
              <w:r w:rsidR="000F55F8" w:rsidRPr="007E7DD4">
                <w:rPr>
                  <w:rStyle w:val="aff8"/>
                  <w:sz w:val="16"/>
                  <w:szCs w:val="16"/>
                </w:rPr>
                <w:t>https://infourok.ru/prezentaciya-na-temu-muzyka-narodov-rossii-5419100.html</w:t>
              </w:r>
            </w:hyperlink>
            <w:r w:rsidR="000F55F8" w:rsidRPr="007E7DD4">
              <w:rPr>
                <w:sz w:val="16"/>
                <w:szCs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55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4.9.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Изобразительное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России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54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особенности изобразительного искусства как вида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художественного творчества;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обосновывать важность искусства как формы трансляции культурных ценностей;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и называть основные темы искусства народов России;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литературой, просматривать и анализировать учебные фильмы;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ED7D4A" w:rsidRDefault="00FF10A1" w:rsidP="000F55F8">
            <w:pPr>
              <w:rPr>
                <w:sz w:val="16"/>
              </w:rPr>
            </w:pPr>
            <w:hyperlink r:id="rId39" w:history="1">
              <w:r w:rsidR="000F55F8" w:rsidRPr="00F9615D">
                <w:rPr>
                  <w:rStyle w:val="aff8"/>
                  <w:sz w:val="16"/>
                </w:rPr>
                <w:t>https://myslide.ru/presentation/pamyatniki-kultury-rossii-arxitektura--skulptura--zhivopis</w:t>
              </w:r>
            </w:hyperlink>
            <w:r w:rsidR="000F55F8" w:rsidRPr="00ED7D4A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11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4.10.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Фольклор и литература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национальная литература;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показывать на примерах, как произведения фольклора отражают историю народа, его духовно-нравственные ценности;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материал из нескольких источников, решать текстовые задачи, слушать и анализировать выступления одноклассников;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7E7DD4" w:rsidRDefault="00FF10A1" w:rsidP="000F55F8">
            <w:pPr>
              <w:rPr>
                <w:sz w:val="16"/>
              </w:rPr>
            </w:pPr>
            <w:hyperlink r:id="rId40" w:history="1">
              <w:r w:rsidR="000F55F8" w:rsidRPr="00F9615D">
                <w:rPr>
                  <w:rStyle w:val="aff8"/>
                  <w:sz w:val="16"/>
                </w:rPr>
                <w:t>https://ppt4web.ru/literatura/folklor-klass-prezentacija.html</w:t>
              </w:r>
            </w:hyperlink>
            <w:r w:rsidR="000F55F8" w:rsidRPr="007E7DD4">
              <w:rPr>
                <w:sz w:val="16"/>
              </w:rPr>
              <w:t xml:space="preserve"> </w:t>
            </w:r>
          </w:p>
        </w:tc>
      </w:tr>
      <w:tr w:rsidR="000F55F8" w:rsidRPr="000F55F8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4.11.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Бытовые традиции народов России: пища, одежда, дом (</w:t>
            </w:r>
            <w:r w:rsidRPr="000E2699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учебный материал по нескольким источникам, решать текстовые задачи, слушать и анализировать выступления одноклассников, работать с научно-популярной литературой;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FF10A1" w:rsidP="000F55F8">
            <w:hyperlink r:id="rId41" w:history="1">
              <w:r w:rsidR="000F55F8" w:rsidRPr="00F9615D">
                <w:rPr>
                  <w:rStyle w:val="aff8"/>
                  <w:sz w:val="16"/>
                </w:rPr>
                <w:t>https://multiurok.ru/index.php/files/kul-tura-i-traditsii-narodov-rossii.html</w:t>
              </w:r>
            </w:hyperlink>
          </w:p>
        </w:tc>
      </w:tr>
      <w:tr w:rsidR="000F55F8" w:rsidRPr="000F55F8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4.12.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5" w:lineRule="auto"/>
              <w:ind w:right="1008"/>
              <w:jc w:val="center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Культурная карта России (</w:t>
            </w:r>
            <w:r w:rsidRPr="000E2699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/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7" w:lineRule="auto"/>
              <w:ind w:left="72" w:right="43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несколько источников, решать текстовые задачи, слушать и анализировать выступления одноклассников, работать с научно-популярной литературой;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FF10A1" w:rsidP="000F55F8">
            <w:pPr>
              <w:rPr>
                <w:sz w:val="16"/>
              </w:rPr>
            </w:pPr>
            <w:hyperlink r:id="rId42" w:history="1">
              <w:r w:rsidR="000F55F8" w:rsidRPr="00F9615D">
                <w:rPr>
                  <w:rStyle w:val="aff8"/>
                  <w:sz w:val="16"/>
                </w:rPr>
                <w:t>https</w:t>
              </w:r>
              <w:r w:rsidR="000F55F8" w:rsidRPr="000F55F8">
                <w:rPr>
                  <w:rStyle w:val="aff8"/>
                  <w:sz w:val="16"/>
                </w:rPr>
                <w:t>://</w:t>
              </w:r>
              <w:r w:rsidR="000F55F8" w:rsidRPr="00F9615D">
                <w:rPr>
                  <w:rStyle w:val="aff8"/>
                  <w:sz w:val="16"/>
                </w:rPr>
                <w:t>yandex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ru</w:t>
              </w:r>
              <w:r w:rsidR="000F55F8" w:rsidRPr="000F55F8">
                <w:rPr>
                  <w:rStyle w:val="aff8"/>
                  <w:sz w:val="16"/>
                </w:rPr>
                <w:t>/</w:t>
              </w:r>
              <w:r w:rsidR="000F55F8" w:rsidRPr="00F9615D">
                <w:rPr>
                  <w:rStyle w:val="aff8"/>
                  <w:sz w:val="16"/>
                </w:rPr>
                <w:t>images</w:t>
              </w:r>
              <w:r w:rsidR="000F55F8" w:rsidRPr="000F55F8">
                <w:rPr>
                  <w:rStyle w:val="aff8"/>
                  <w:sz w:val="16"/>
                </w:rPr>
                <w:t>/</w:t>
              </w:r>
              <w:r w:rsidR="000F55F8" w:rsidRPr="00F9615D">
                <w:rPr>
                  <w:rStyle w:val="aff8"/>
                  <w:sz w:val="16"/>
                </w:rPr>
                <w:t>search</w:t>
              </w:r>
              <w:r w:rsidR="000F55F8" w:rsidRPr="000F55F8">
                <w:rPr>
                  <w:rStyle w:val="aff8"/>
                  <w:sz w:val="16"/>
                </w:rPr>
                <w:t>?</w:t>
              </w:r>
              <w:r w:rsidR="000F55F8" w:rsidRPr="00F9615D">
                <w:rPr>
                  <w:rStyle w:val="aff8"/>
                  <w:sz w:val="16"/>
                </w:rPr>
                <w:t>source</w:t>
              </w:r>
              <w:r w:rsidR="000F55F8" w:rsidRPr="000F55F8">
                <w:rPr>
                  <w:rStyle w:val="aff8"/>
                  <w:sz w:val="16"/>
                </w:rPr>
                <w:t>=</w:t>
              </w:r>
              <w:r w:rsidR="000F55F8" w:rsidRPr="00F9615D">
                <w:rPr>
                  <w:rStyle w:val="aff8"/>
                  <w:sz w:val="16"/>
                </w:rPr>
                <w:t>serp</w:t>
              </w:r>
              <w:r w:rsidR="000F55F8" w:rsidRPr="000F55F8">
                <w:rPr>
                  <w:rStyle w:val="aff8"/>
                  <w:sz w:val="16"/>
                </w:rPr>
                <w:t>&amp;</w:t>
              </w:r>
              <w:r w:rsidR="000F55F8" w:rsidRPr="00F9615D">
                <w:rPr>
                  <w:rStyle w:val="aff8"/>
                  <w:sz w:val="16"/>
                </w:rPr>
                <w:t>text</w:t>
              </w:r>
              <w:r w:rsidR="000F55F8" w:rsidRPr="000F55F8">
                <w:rPr>
                  <w:rStyle w:val="aff8"/>
                  <w:sz w:val="16"/>
                </w:rPr>
                <w:t>=%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BA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1%83%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BB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</w:t>
              </w:r>
              <w:r w:rsidR="000F55F8" w:rsidRPr="00F9615D">
                <w:rPr>
                  <w:rStyle w:val="aff8"/>
                  <w:sz w:val="16"/>
                </w:rPr>
                <w:t>C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1%82%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1%83%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BD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%20%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BA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1%82%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0%20%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BE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1%81%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1%81%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8%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8%205%20%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BA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BB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1%81%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1%81%20%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BE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</w:t>
              </w:r>
              <w:r w:rsidR="000F55F8" w:rsidRPr="000F55F8">
                <w:rPr>
                  <w:rStyle w:val="aff8"/>
                  <w:sz w:val="16"/>
                </w:rPr>
                <w:t>4%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BD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BA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0%</w:t>
              </w:r>
              <w:r w:rsidR="000F55F8" w:rsidRPr="00F9615D">
                <w:rPr>
                  <w:rStyle w:val="aff8"/>
                  <w:sz w:val="16"/>
                </w:rPr>
                <w:t>BD</w:t>
              </w:r>
              <w:r w:rsidR="000F55F8" w:rsidRPr="000F55F8">
                <w:rPr>
                  <w:rStyle w:val="aff8"/>
                  <w:sz w:val="16"/>
                </w:rPr>
                <w:t>%</w:t>
              </w:r>
              <w:r w:rsidR="000F55F8" w:rsidRPr="00F9615D">
                <w:rPr>
                  <w:rStyle w:val="aff8"/>
                  <w:sz w:val="16"/>
                </w:rPr>
                <w:t>D</w:t>
              </w:r>
              <w:r w:rsidR="000F55F8" w:rsidRPr="000F55F8">
                <w:rPr>
                  <w:rStyle w:val="aff8"/>
                  <w:sz w:val="16"/>
                </w:rPr>
                <w:t>1%80&amp;</w:t>
              </w:r>
              <w:r w:rsidR="000F55F8" w:rsidRPr="00F9615D">
                <w:rPr>
                  <w:rStyle w:val="aff8"/>
                  <w:sz w:val="16"/>
                </w:rPr>
                <w:t>pos</w:t>
              </w:r>
              <w:r w:rsidR="000F55F8" w:rsidRPr="000F55F8">
                <w:rPr>
                  <w:rStyle w:val="aff8"/>
                  <w:sz w:val="16"/>
                </w:rPr>
                <w:t>=7&amp;</w:t>
              </w:r>
              <w:r w:rsidR="000F55F8" w:rsidRPr="00F9615D">
                <w:rPr>
                  <w:rStyle w:val="aff8"/>
                  <w:sz w:val="16"/>
                </w:rPr>
                <w:t>rpt</w:t>
              </w:r>
              <w:r w:rsidR="000F55F8" w:rsidRPr="000F55F8">
                <w:rPr>
                  <w:rStyle w:val="aff8"/>
                  <w:sz w:val="16"/>
                </w:rPr>
                <w:t>=</w:t>
              </w:r>
              <w:r w:rsidR="000F55F8" w:rsidRPr="00F9615D">
                <w:rPr>
                  <w:rStyle w:val="aff8"/>
                  <w:sz w:val="16"/>
                </w:rPr>
                <w:t>simage</w:t>
              </w:r>
              <w:r w:rsidR="000F55F8" w:rsidRPr="000F55F8">
                <w:rPr>
                  <w:rStyle w:val="aff8"/>
                  <w:sz w:val="16"/>
                </w:rPr>
                <w:t>&amp;</w:t>
              </w:r>
              <w:r w:rsidR="000F55F8" w:rsidRPr="00F9615D">
                <w:rPr>
                  <w:rStyle w:val="aff8"/>
                  <w:sz w:val="16"/>
                </w:rPr>
                <w:t>img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url</w:t>
              </w:r>
              <w:r w:rsidR="000F55F8" w:rsidRPr="000F55F8">
                <w:rPr>
                  <w:rStyle w:val="aff8"/>
                  <w:sz w:val="16"/>
                </w:rPr>
                <w:t>=</w:t>
              </w:r>
              <w:r w:rsidR="000F55F8" w:rsidRPr="00F9615D">
                <w:rPr>
                  <w:rStyle w:val="aff8"/>
                  <w:sz w:val="16"/>
                </w:rPr>
                <w:t>http</w:t>
              </w:r>
              <w:r w:rsidR="000F55F8" w:rsidRPr="000F55F8">
                <w:rPr>
                  <w:rStyle w:val="aff8"/>
                  <w:sz w:val="16"/>
                </w:rPr>
                <w:t>%3</w:t>
              </w:r>
              <w:r w:rsidR="000F55F8" w:rsidRPr="00F9615D">
                <w:rPr>
                  <w:rStyle w:val="aff8"/>
                  <w:sz w:val="16"/>
                </w:rPr>
                <w:t>A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Ffsd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videouroki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net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Fhtml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2019%2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02%2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01%2</w:t>
              </w:r>
              <w:r w:rsidR="000F55F8" w:rsidRPr="00F9615D">
                <w:rPr>
                  <w:rStyle w:val="aff8"/>
                  <w:sz w:val="16"/>
                </w:rPr>
                <w:t>Fv</w:t>
              </w:r>
              <w:r w:rsidR="000F55F8" w:rsidRPr="000F55F8">
                <w:rPr>
                  <w:rStyle w:val="aff8"/>
                  <w:sz w:val="16"/>
                </w:rPr>
                <w:t>_5</w:t>
              </w:r>
              <w:r w:rsidR="000F55F8" w:rsidRPr="00F9615D">
                <w:rPr>
                  <w:rStyle w:val="aff8"/>
                  <w:sz w:val="16"/>
                </w:rPr>
                <w:t>c</w:t>
              </w:r>
              <w:r w:rsidR="000F55F8" w:rsidRPr="000F55F8">
                <w:rPr>
                  <w:rStyle w:val="aff8"/>
                  <w:sz w:val="16"/>
                </w:rPr>
                <w:t>5473</w:t>
              </w:r>
              <w:r w:rsidR="000F55F8" w:rsidRPr="00F9615D">
                <w:rPr>
                  <w:rStyle w:val="aff8"/>
                  <w:sz w:val="16"/>
                </w:rPr>
                <w:t>e</w:t>
              </w:r>
              <w:r w:rsidR="000F55F8" w:rsidRPr="000F55F8">
                <w:rPr>
                  <w:rStyle w:val="aff8"/>
                  <w:sz w:val="16"/>
                </w:rPr>
                <w:t>66</w:t>
              </w:r>
              <w:r w:rsidR="000F55F8" w:rsidRPr="00F9615D">
                <w:rPr>
                  <w:rStyle w:val="aff8"/>
                  <w:sz w:val="16"/>
                </w:rPr>
                <w:t>ae</w:t>
              </w:r>
              <w:r w:rsidR="000F55F8" w:rsidRPr="000F55F8">
                <w:rPr>
                  <w:rStyle w:val="aff8"/>
                  <w:sz w:val="16"/>
                </w:rPr>
                <w:t>27%2</w:t>
              </w:r>
              <w:r w:rsidR="000F55F8" w:rsidRPr="00F9615D">
                <w:rPr>
                  <w:rStyle w:val="aff8"/>
                  <w:sz w:val="16"/>
                </w:rPr>
                <w:t>Fimg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v</w:t>
              </w:r>
              <w:r w:rsidR="000F55F8" w:rsidRPr="000F55F8">
                <w:rPr>
                  <w:rStyle w:val="aff8"/>
                  <w:sz w:val="16"/>
                </w:rPr>
                <w:t>99728417_0_0.</w:t>
              </w:r>
              <w:r w:rsidR="000F55F8" w:rsidRPr="00F9615D">
                <w:rPr>
                  <w:rStyle w:val="aff8"/>
                  <w:sz w:val="16"/>
                </w:rPr>
                <w:t>jpg</w:t>
              </w:r>
              <w:r w:rsidR="000F55F8" w:rsidRPr="000F55F8">
                <w:rPr>
                  <w:rStyle w:val="aff8"/>
                  <w:sz w:val="16"/>
                </w:rPr>
                <w:t>&amp;</w:t>
              </w:r>
              <w:r w:rsidR="000F55F8" w:rsidRPr="00F9615D">
                <w:rPr>
                  <w:rStyle w:val="aff8"/>
                  <w:sz w:val="16"/>
                </w:rPr>
                <w:t>lr</w:t>
              </w:r>
              <w:r w:rsidR="000F55F8" w:rsidRPr="000F55F8">
                <w:rPr>
                  <w:rStyle w:val="aff8"/>
                  <w:sz w:val="16"/>
                </w:rPr>
                <w:t>=175515&amp;</w:t>
              </w:r>
              <w:r w:rsidR="000F55F8" w:rsidRPr="00F9615D">
                <w:rPr>
                  <w:rStyle w:val="aff8"/>
                  <w:sz w:val="16"/>
                </w:rPr>
                <w:t>rlt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url</w:t>
              </w:r>
              <w:r w:rsidR="000F55F8" w:rsidRPr="000F55F8">
                <w:rPr>
                  <w:rStyle w:val="aff8"/>
                  <w:sz w:val="16"/>
                </w:rPr>
                <w:t>=</w:t>
              </w:r>
              <w:r w:rsidR="000F55F8" w:rsidRPr="00F9615D">
                <w:rPr>
                  <w:rStyle w:val="aff8"/>
                  <w:sz w:val="16"/>
                </w:rPr>
                <w:t>https</w:t>
              </w:r>
              <w:r w:rsidR="000F55F8" w:rsidRPr="000F55F8">
                <w:rPr>
                  <w:rStyle w:val="aff8"/>
                  <w:sz w:val="16"/>
                </w:rPr>
                <w:t>%3</w:t>
              </w:r>
              <w:r w:rsidR="000F55F8" w:rsidRPr="00F9615D">
                <w:rPr>
                  <w:rStyle w:val="aff8"/>
                  <w:sz w:val="16"/>
                </w:rPr>
                <w:t>A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Fi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ytimg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com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Fvi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FDIMOg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JLbPo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Fmaxresdefault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jpg</w:t>
              </w:r>
              <w:r w:rsidR="000F55F8" w:rsidRPr="000F55F8">
                <w:rPr>
                  <w:rStyle w:val="aff8"/>
                  <w:sz w:val="16"/>
                </w:rPr>
                <w:t>&amp;</w:t>
              </w:r>
              <w:r w:rsidR="000F55F8" w:rsidRPr="00F9615D">
                <w:rPr>
                  <w:rStyle w:val="aff8"/>
                  <w:sz w:val="16"/>
                </w:rPr>
                <w:t>ogl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url</w:t>
              </w:r>
              <w:r w:rsidR="000F55F8" w:rsidRPr="000F55F8">
                <w:rPr>
                  <w:rStyle w:val="aff8"/>
                  <w:sz w:val="16"/>
                </w:rPr>
                <w:t>=</w:t>
              </w:r>
              <w:r w:rsidR="000F55F8" w:rsidRPr="00F9615D">
                <w:rPr>
                  <w:rStyle w:val="aff8"/>
                  <w:sz w:val="16"/>
                </w:rPr>
                <w:t>http</w:t>
              </w:r>
              <w:r w:rsidR="000F55F8" w:rsidRPr="000F55F8">
                <w:rPr>
                  <w:rStyle w:val="aff8"/>
                  <w:sz w:val="16"/>
                </w:rPr>
                <w:t>%3</w:t>
              </w:r>
              <w:r w:rsidR="000F55F8" w:rsidRPr="00F9615D">
                <w:rPr>
                  <w:rStyle w:val="aff8"/>
                  <w:sz w:val="16"/>
                </w:rPr>
                <w:t>A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Ffsd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videouroki</w:t>
              </w:r>
              <w:r w:rsidR="000F55F8" w:rsidRPr="000F55F8">
                <w:rPr>
                  <w:rStyle w:val="aff8"/>
                  <w:sz w:val="16"/>
                </w:rPr>
                <w:t>.</w:t>
              </w:r>
              <w:r w:rsidR="000F55F8" w:rsidRPr="00F9615D">
                <w:rPr>
                  <w:rStyle w:val="aff8"/>
                  <w:sz w:val="16"/>
                </w:rPr>
                <w:t>net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Fhtml</w:t>
              </w:r>
              <w:r w:rsidR="000F55F8" w:rsidRPr="000F55F8">
                <w:rPr>
                  <w:rStyle w:val="aff8"/>
                  <w:sz w:val="16"/>
                </w:rPr>
                <w:t>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2019%2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02%2</w:t>
              </w:r>
              <w:r w:rsidR="000F55F8" w:rsidRPr="00F9615D">
                <w:rPr>
                  <w:rStyle w:val="aff8"/>
                  <w:sz w:val="16"/>
                </w:rPr>
                <w:t>F</w:t>
              </w:r>
              <w:r w:rsidR="000F55F8" w:rsidRPr="000F55F8">
                <w:rPr>
                  <w:rStyle w:val="aff8"/>
                  <w:sz w:val="16"/>
                </w:rPr>
                <w:t>01%2</w:t>
              </w:r>
              <w:r w:rsidR="000F55F8" w:rsidRPr="00F9615D">
                <w:rPr>
                  <w:rStyle w:val="aff8"/>
                  <w:sz w:val="16"/>
                </w:rPr>
                <w:t>Fv</w:t>
              </w:r>
              <w:r w:rsidR="000F55F8" w:rsidRPr="000F55F8">
                <w:rPr>
                  <w:rStyle w:val="aff8"/>
                  <w:sz w:val="16"/>
                </w:rPr>
                <w:t>_5</w:t>
              </w:r>
              <w:r w:rsidR="000F55F8" w:rsidRPr="00F9615D">
                <w:rPr>
                  <w:rStyle w:val="aff8"/>
                  <w:sz w:val="16"/>
                </w:rPr>
                <w:t>c</w:t>
              </w:r>
              <w:r w:rsidR="000F55F8" w:rsidRPr="000F55F8">
                <w:rPr>
                  <w:rStyle w:val="aff8"/>
                  <w:sz w:val="16"/>
                </w:rPr>
                <w:t>5473</w:t>
              </w:r>
              <w:r w:rsidR="000F55F8" w:rsidRPr="00F9615D">
                <w:rPr>
                  <w:rStyle w:val="aff8"/>
                  <w:sz w:val="16"/>
                </w:rPr>
                <w:t>e</w:t>
              </w:r>
              <w:r w:rsidR="000F55F8" w:rsidRPr="000F55F8">
                <w:rPr>
                  <w:rStyle w:val="aff8"/>
                  <w:sz w:val="16"/>
                </w:rPr>
                <w:t>66</w:t>
              </w:r>
              <w:r w:rsidR="000F55F8" w:rsidRPr="00F9615D">
                <w:rPr>
                  <w:rStyle w:val="aff8"/>
                  <w:sz w:val="16"/>
                </w:rPr>
                <w:t>ae</w:t>
              </w:r>
              <w:r w:rsidR="000F55F8" w:rsidRPr="000F55F8">
                <w:rPr>
                  <w:rStyle w:val="aff8"/>
                  <w:sz w:val="16"/>
                </w:rPr>
                <w:t>27%2</w:t>
              </w:r>
              <w:r w:rsidR="000F55F8" w:rsidRPr="00F9615D">
                <w:rPr>
                  <w:rStyle w:val="aff8"/>
                  <w:sz w:val="16"/>
                </w:rPr>
                <w:t>Fimg</w:t>
              </w:r>
              <w:r w:rsidR="000F55F8" w:rsidRPr="000F55F8">
                <w:rPr>
                  <w:rStyle w:val="aff8"/>
                  <w:sz w:val="16"/>
                </w:rPr>
                <w:t>_</w:t>
              </w:r>
              <w:r w:rsidR="000F55F8" w:rsidRPr="00F9615D">
                <w:rPr>
                  <w:rStyle w:val="aff8"/>
                  <w:sz w:val="16"/>
                </w:rPr>
                <w:t>v</w:t>
              </w:r>
              <w:r w:rsidR="000F55F8" w:rsidRPr="000F55F8">
                <w:rPr>
                  <w:rStyle w:val="aff8"/>
                  <w:sz w:val="16"/>
                </w:rPr>
                <w:t>99728417_0_0.</w:t>
              </w:r>
              <w:r w:rsidR="000F55F8" w:rsidRPr="00F9615D">
                <w:rPr>
                  <w:rStyle w:val="aff8"/>
                  <w:sz w:val="16"/>
                </w:rPr>
                <w:t>jpg</w:t>
              </w:r>
            </w:hyperlink>
            <w:r w:rsidR="000F55F8" w:rsidRPr="000F55F8">
              <w:rPr>
                <w:sz w:val="16"/>
              </w:rPr>
              <w:t xml:space="preserve"> </w:t>
            </w:r>
          </w:p>
        </w:tc>
      </w:tr>
      <w:tr w:rsidR="000F55F8" w:rsidRPr="000F55F8" w:rsidTr="007673E7">
        <w:trPr>
          <w:trHeight w:hRule="exact" w:val="9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34F53" w:rsidRDefault="000F55F8" w:rsidP="000F55F8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134F5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4.13.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Единство страны  — залог будущего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34F53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34F5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34F53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34F5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34F53" w:rsidRDefault="000F55F8" w:rsidP="000F55F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34F5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134F53" w:rsidRDefault="000F55F8" w:rsidP="000F55F8">
            <w:pPr>
              <w:rPr>
                <w:lang w:val="ru-RU"/>
              </w:rPr>
            </w:pP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E2699" w:rsidRDefault="000F55F8" w:rsidP="000F55F8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значение общих элементов и черт в культуре разных народов России для обоснования её культурного, экономического единства; </w:t>
            </w:r>
            <w:r w:rsidRPr="000E2699">
              <w:rPr>
                <w:lang w:val="ru-RU"/>
              </w:rPr>
              <w:br/>
            </w: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систематизировать учебный материал;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8" w:after="0" w:line="247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D56E44" w:rsidRDefault="00FF10A1" w:rsidP="000F55F8">
            <w:pPr>
              <w:rPr>
                <w:sz w:val="16"/>
              </w:rPr>
            </w:pPr>
            <w:hyperlink r:id="rId43" w:history="1">
              <w:r w:rsidR="000F55F8" w:rsidRPr="00F9615D">
                <w:rPr>
                  <w:rStyle w:val="aff8"/>
                  <w:sz w:val="16"/>
                </w:rPr>
                <w:t>https://uchitelya.com/pedagogika/97534-prezentaciya-rossiya-ustremlennaya-v-buduschee-5-klass.html</w:t>
              </w:r>
            </w:hyperlink>
            <w:r w:rsidR="000F55F8" w:rsidRPr="00D56E44">
              <w:rPr>
                <w:sz w:val="16"/>
              </w:rPr>
              <w:t xml:space="preserve"> </w:t>
            </w:r>
          </w:p>
        </w:tc>
      </w:tr>
      <w:tr w:rsidR="000F55F8" w:rsidRPr="000F55F8" w:rsidTr="000F55F8">
        <w:trPr>
          <w:trHeight w:hRule="exact" w:val="459"/>
        </w:trPr>
        <w:tc>
          <w:tcPr>
            <w:tcW w:w="3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0E2699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Default="000F55F8" w:rsidP="000F55F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rPr>
                <w:sz w:val="16"/>
                <w:szCs w:val="16"/>
              </w:rPr>
            </w:pP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F55F8" w:rsidRPr="000F55F8" w:rsidRDefault="000F55F8" w:rsidP="000F55F8">
            <w:pPr>
              <w:rPr>
                <w:sz w:val="16"/>
              </w:rPr>
            </w:pPr>
          </w:p>
        </w:tc>
      </w:tr>
    </w:tbl>
    <w:p w:rsidR="00281AF7" w:rsidRDefault="000F55F8" w:rsidP="000F55F8">
      <w:pPr>
        <w:autoSpaceDE w:val="0"/>
        <w:autoSpaceDN w:val="0"/>
        <w:spacing w:after="0" w:line="14" w:lineRule="exact"/>
        <w:rPr>
          <w:lang w:val="ru-RU"/>
        </w:rPr>
      </w:pPr>
      <w:r>
        <w:rPr>
          <w:lang w:val="ru-RU"/>
        </w:rPr>
        <w:t xml:space="preserve"> </w:t>
      </w:r>
    </w:p>
    <w:p w:rsidR="00901905" w:rsidRPr="000F55F8" w:rsidRDefault="00901905" w:rsidP="000F55F8">
      <w:pPr>
        <w:autoSpaceDE w:val="0"/>
        <w:autoSpaceDN w:val="0"/>
        <w:spacing w:after="0" w:line="14" w:lineRule="exact"/>
      </w:pPr>
    </w:p>
    <w:p w:rsidR="00281AF7" w:rsidRDefault="00281AF7">
      <w:pPr>
        <w:autoSpaceDE w:val="0"/>
        <w:autoSpaceDN w:val="0"/>
        <w:spacing w:after="0" w:line="14" w:lineRule="exact"/>
      </w:pPr>
    </w:p>
    <w:p w:rsidR="00281AF7" w:rsidRDefault="00281AF7">
      <w:pPr>
        <w:sectPr w:rsidR="00281AF7">
          <w:pgSz w:w="16840" w:h="11900"/>
          <w:pgMar w:top="284" w:right="640" w:bottom="50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AF7" w:rsidRDefault="000E2699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lastRenderedPageBreak/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326"/>
        <w:gridCol w:w="1276"/>
        <w:gridCol w:w="1418"/>
        <w:gridCol w:w="1622"/>
      </w:tblGrid>
      <w:tr w:rsidR="00281AF7" w:rsidRPr="00203A30" w:rsidTr="00203A30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3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16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Виды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281AF7" w:rsidRPr="00203A30" w:rsidTr="00203A30">
        <w:trPr>
          <w:trHeight w:hRule="exact" w:val="828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Pr="00203A30" w:rsidRDefault="00281AF7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Pr="00203A30" w:rsidRDefault="00281AF7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AF7" w:rsidRPr="00203A30" w:rsidRDefault="000E2699" w:rsidP="00203A30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Pr="00203A30" w:rsidRDefault="00281AF7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F7" w:rsidRPr="00203A30" w:rsidRDefault="00281AF7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A30" w:rsidRPr="00203A30" w:rsidTr="00203A30">
        <w:trPr>
          <w:trHeight w:hRule="exact" w:val="9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60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Наш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дом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—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Россия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Язык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и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5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Истоки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родной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Материальная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Духовная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и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религия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и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</w:p>
        </w:tc>
      </w:tr>
      <w:tr w:rsidR="00203A30" w:rsidRPr="00203A30" w:rsidTr="00203A30">
        <w:trPr>
          <w:trHeight w:hRule="exact" w:val="8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Многообразие культур России (</w:t>
            </w:r>
            <w:r w:rsidRPr="00203A30">
              <w:rPr>
                <w:rFonts w:ascii="Times New Roman" w:hAnsi="Times New Roman" w:cs="Times New Roman"/>
                <w:i/>
                <w:w w:val="97"/>
                <w:sz w:val="24"/>
                <w:szCs w:val="24"/>
                <w:lang w:val="ru-RU"/>
              </w:rPr>
              <w:t>практическое занятие</w:t>
            </w: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rPr>
                <w:lang w:val="ru-RU"/>
              </w:rPr>
            </w:pPr>
            <w:proofErr w:type="spellStart"/>
            <w:r w:rsidRPr="00203A30">
              <w:t>Устный</w:t>
            </w:r>
            <w:proofErr w:type="spellEnd"/>
            <w:r w:rsidRPr="00203A30">
              <w:t xml:space="preserve"> </w:t>
            </w:r>
            <w:proofErr w:type="spellStart"/>
            <w:r w:rsidRPr="00203A30">
              <w:t>опрос</w:t>
            </w:r>
            <w:proofErr w:type="spellEnd"/>
            <w:r w:rsidRPr="00203A30">
              <w:t xml:space="preserve">; </w:t>
            </w:r>
            <w:proofErr w:type="spellStart"/>
            <w:r w:rsidRPr="00203A30">
              <w:t>Практическая</w:t>
            </w:r>
            <w:proofErr w:type="spellEnd"/>
            <w:r w:rsidRPr="00203A30">
              <w:t xml:space="preserve"> </w:t>
            </w:r>
            <w:proofErr w:type="spellStart"/>
            <w:r w:rsidRPr="00203A30">
              <w:t>работа</w:t>
            </w:r>
            <w:proofErr w:type="spellEnd"/>
          </w:p>
        </w:tc>
      </w:tr>
      <w:tr w:rsidR="00203A30" w:rsidRPr="00203A30" w:rsidTr="00203A30">
        <w:trPr>
          <w:trHeight w:hRule="exact" w:val="56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Семья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—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хранитель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духовных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ценностей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F91AE2">
              <w:t>Устный</w:t>
            </w:r>
            <w:proofErr w:type="spellEnd"/>
            <w:r w:rsidRPr="00F91AE2">
              <w:t xml:space="preserve"> </w:t>
            </w:r>
            <w:proofErr w:type="spellStart"/>
            <w:r w:rsidRPr="00F91AE2">
              <w:t>опрос</w:t>
            </w:r>
            <w:proofErr w:type="spellEnd"/>
            <w:r w:rsidRPr="00F91AE2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Родина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начинается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с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F91AE2">
              <w:t>Устный</w:t>
            </w:r>
            <w:proofErr w:type="spellEnd"/>
            <w:r w:rsidRPr="00F91AE2">
              <w:t xml:space="preserve"> </w:t>
            </w:r>
            <w:proofErr w:type="spellStart"/>
            <w:r w:rsidRPr="00F91AE2">
              <w:t>опрос</w:t>
            </w:r>
            <w:proofErr w:type="spellEnd"/>
            <w:r w:rsidRPr="00F91AE2">
              <w:t>;</w:t>
            </w:r>
          </w:p>
        </w:tc>
      </w:tr>
      <w:tr w:rsidR="00203A30" w:rsidRPr="00203A30" w:rsidTr="00203A30">
        <w:trPr>
          <w:trHeight w:hRule="exact" w:val="57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Традиции семейного воспитания 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F91AE2">
              <w:t>Устный</w:t>
            </w:r>
            <w:proofErr w:type="spellEnd"/>
            <w:r w:rsidRPr="00F91AE2">
              <w:t xml:space="preserve"> </w:t>
            </w:r>
            <w:proofErr w:type="spellStart"/>
            <w:r w:rsidRPr="00F91AE2">
              <w:t>опрос</w:t>
            </w:r>
            <w:proofErr w:type="spellEnd"/>
            <w:r w:rsidRPr="00F91AE2">
              <w:t>;</w:t>
            </w:r>
          </w:p>
        </w:tc>
      </w:tr>
      <w:tr w:rsidR="00203A30" w:rsidRPr="00203A30" w:rsidTr="00203A30">
        <w:trPr>
          <w:trHeight w:hRule="exact" w:val="55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Образ семьи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F91AE2">
              <w:t>Устный</w:t>
            </w:r>
            <w:proofErr w:type="spellEnd"/>
            <w:r w:rsidRPr="00F91AE2">
              <w:t xml:space="preserve"> </w:t>
            </w:r>
            <w:proofErr w:type="spellStart"/>
            <w:r w:rsidRPr="00F91AE2">
              <w:t>опрос</w:t>
            </w:r>
            <w:proofErr w:type="spellEnd"/>
            <w:r w:rsidRPr="00F91AE2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Труд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в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истории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F91AE2">
              <w:t>Устный</w:t>
            </w:r>
            <w:proofErr w:type="spellEnd"/>
            <w:r w:rsidRPr="00F91AE2">
              <w:t xml:space="preserve"> </w:t>
            </w:r>
            <w:proofErr w:type="spellStart"/>
            <w:r w:rsidRPr="00F91AE2">
              <w:t>опрос</w:t>
            </w:r>
            <w:proofErr w:type="spellEnd"/>
            <w:r w:rsidRPr="00F91AE2">
              <w:t>;</w:t>
            </w:r>
          </w:p>
        </w:tc>
      </w:tr>
      <w:tr w:rsidR="000E2699" w:rsidRPr="00203A30" w:rsidTr="00203A30">
        <w:trPr>
          <w:trHeight w:hRule="exact" w:val="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Семья в современном мире (</w:t>
            </w:r>
            <w:r w:rsidRPr="00203A30">
              <w:rPr>
                <w:rFonts w:ascii="Times New Roman" w:hAnsi="Times New Roman" w:cs="Times New Roman"/>
                <w:i/>
                <w:w w:val="97"/>
                <w:sz w:val="24"/>
                <w:szCs w:val="24"/>
                <w:lang w:val="ru-RU"/>
              </w:rPr>
              <w:t>практическое занятие</w:t>
            </w: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  <w:r>
              <w:rPr>
                <w:lang w:val="ru-RU"/>
              </w:rPr>
              <w:t xml:space="preserve"> Практическая работа</w:t>
            </w:r>
          </w:p>
        </w:tc>
      </w:tr>
      <w:tr w:rsidR="00203A30" w:rsidRPr="00203A30" w:rsidTr="00203A30">
        <w:trPr>
          <w:trHeight w:hRule="exact" w:val="691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Личность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—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общество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—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4135F3">
              <w:t>Устный</w:t>
            </w:r>
            <w:proofErr w:type="spellEnd"/>
            <w:r w:rsidRPr="004135F3">
              <w:t xml:space="preserve"> </w:t>
            </w:r>
            <w:proofErr w:type="spellStart"/>
            <w:r w:rsidRPr="004135F3">
              <w:t>опрос</w:t>
            </w:r>
            <w:proofErr w:type="spellEnd"/>
            <w:r w:rsidRPr="004135F3">
              <w:t>;</w:t>
            </w:r>
          </w:p>
        </w:tc>
      </w:tr>
      <w:tr w:rsidR="00203A30" w:rsidRPr="00203A30" w:rsidTr="00203A30">
        <w:trPr>
          <w:trHeight w:hRule="exact" w:val="5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Духовный мир человека. Человек —творец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4135F3">
              <w:t>Устный</w:t>
            </w:r>
            <w:proofErr w:type="spellEnd"/>
            <w:r w:rsidRPr="004135F3">
              <w:t xml:space="preserve"> </w:t>
            </w:r>
            <w:proofErr w:type="spellStart"/>
            <w:r w:rsidRPr="004135F3">
              <w:t>опрос</w:t>
            </w:r>
            <w:proofErr w:type="spellEnd"/>
            <w:r w:rsidRPr="004135F3">
              <w:t>;</w:t>
            </w:r>
          </w:p>
        </w:tc>
      </w:tr>
      <w:tr w:rsidR="00203A30" w:rsidRPr="00203A30" w:rsidTr="00203A30">
        <w:trPr>
          <w:trHeight w:hRule="exact" w:val="55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Личность и духовно-нравственные ценности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4135F3">
              <w:t>Устный</w:t>
            </w:r>
            <w:proofErr w:type="spellEnd"/>
            <w:r w:rsidRPr="004135F3">
              <w:t xml:space="preserve"> </w:t>
            </w:r>
            <w:proofErr w:type="spellStart"/>
            <w:r w:rsidRPr="004135F3">
              <w:t>опрос</w:t>
            </w:r>
            <w:proofErr w:type="spellEnd"/>
            <w:r w:rsidRPr="004135F3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4135F3">
              <w:t>Устный</w:t>
            </w:r>
            <w:proofErr w:type="spellEnd"/>
            <w:r w:rsidRPr="004135F3">
              <w:t xml:space="preserve"> </w:t>
            </w:r>
            <w:proofErr w:type="spellStart"/>
            <w:r w:rsidRPr="004135F3">
              <w:t>опрос</w:t>
            </w:r>
            <w:proofErr w:type="spellEnd"/>
            <w:r w:rsidRPr="004135F3">
              <w:t>;</w:t>
            </w:r>
          </w:p>
        </w:tc>
      </w:tr>
      <w:tr w:rsidR="000E2699" w:rsidRPr="00203A30" w:rsidTr="00203A30">
        <w:trPr>
          <w:trHeight w:hRule="exact" w:val="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95EF3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 «История семьи – история страны»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95EF3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95EF3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0E2699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2699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FC8">
              <w:t>Устный</w:t>
            </w:r>
            <w:proofErr w:type="spellEnd"/>
            <w:r w:rsidRPr="005F6FC8">
              <w:t xml:space="preserve"> </w:t>
            </w:r>
            <w:proofErr w:type="spellStart"/>
            <w:r w:rsidRPr="005F6FC8">
              <w:t>опрос</w:t>
            </w:r>
            <w:proofErr w:type="spellEnd"/>
            <w:r w:rsidRPr="005F6FC8">
              <w:t>;</w:t>
            </w:r>
            <w:r>
              <w:rPr>
                <w:lang w:val="ru-RU"/>
              </w:rPr>
              <w:t xml:space="preserve"> Практическая работа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Литература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как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язык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Взаимовлияние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7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Регионы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России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: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культурное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многообразие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Праздники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Памятники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Музыкальная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культура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народов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Изобразительное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искусство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народов</w:t>
            </w:r>
            <w:proofErr w:type="spellEnd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Фольклор и литература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9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Бытовые традиции народов России: пища, одежда, дом (</w:t>
            </w:r>
            <w:r w:rsidRPr="00203A30">
              <w:rPr>
                <w:rFonts w:ascii="Times New Roman" w:hAnsi="Times New Roman" w:cs="Times New Roman"/>
                <w:i/>
                <w:w w:val="97"/>
                <w:sz w:val="24"/>
                <w:szCs w:val="24"/>
                <w:lang w:val="ru-RU"/>
              </w:rPr>
              <w:t>практическое занятие</w:t>
            </w: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E96C7E">
              <w:t>Устный</w:t>
            </w:r>
            <w:proofErr w:type="spellEnd"/>
            <w:r w:rsidRPr="00E96C7E">
              <w:t xml:space="preserve"> </w:t>
            </w:r>
            <w:proofErr w:type="spellStart"/>
            <w:r w:rsidRPr="00E96C7E">
              <w:t>опрос</w:t>
            </w:r>
            <w:proofErr w:type="spellEnd"/>
            <w:r w:rsidRPr="00E96C7E">
              <w:t>;</w:t>
            </w:r>
            <w:r w:rsidRPr="00E96C7E">
              <w:rPr>
                <w:lang w:val="ru-RU"/>
              </w:rPr>
              <w:t xml:space="preserve"> Практическая работа</w:t>
            </w:r>
          </w:p>
        </w:tc>
      </w:tr>
      <w:tr w:rsidR="00203A30" w:rsidRPr="00203A30" w:rsidTr="00203A30">
        <w:trPr>
          <w:trHeight w:hRule="exact" w:val="85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Культурная карта России (</w:t>
            </w:r>
            <w:r w:rsidRPr="00203A30">
              <w:rPr>
                <w:rFonts w:ascii="Times New Roman" w:hAnsi="Times New Roman" w:cs="Times New Roman"/>
                <w:i/>
                <w:w w:val="97"/>
                <w:sz w:val="24"/>
                <w:szCs w:val="24"/>
                <w:lang w:val="ru-RU"/>
              </w:rPr>
              <w:t>практическое занятие</w:t>
            </w: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E96C7E">
              <w:t>Устный</w:t>
            </w:r>
            <w:proofErr w:type="spellEnd"/>
            <w:r w:rsidRPr="00E96C7E">
              <w:t xml:space="preserve"> </w:t>
            </w:r>
            <w:proofErr w:type="spellStart"/>
            <w:r w:rsidRPr="00E96C7E">
              <w:t>опрос</w:t>
            </w:r>
            <w:proofErr w:type="spellEnd"/>
            <w:r w:rsidRPr="00E96C7E">
              <w:t>;</w:t>
            </w:r>
            <w:r w:rsidRPr="00E96C7E">
              <w:rPr>
                <w:lang w:val="ru-RU"/>
              </w:rPr>
              <w:t xml:space="preserve"> Практическая работа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Единство страны  — залог будущего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5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ющий урок по курсу ОДНКНР (тест</w:t>
            </w: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Default="00203A30" w:rsidP="00203A30">
            <w:proofErr w:type="spellStart"/>
            <w:r w:rsidRPr="000E0FB1">
              <w:t>Устный</w:t>
            </w:r>
            <w:proofErr w:type="spellEnd"/>
            <w:r w:rsidRPr="000E0FB1">
              <w:t xml:space="preserve"> </w:t>
            </w:r>
            <w:proofErr w:type="spellStart"/>
            <w:r w:rsidRPr="000E0FB1">
              <w:t>опрос</w:t>
            </w:r>
            <w:proofErr w:type="spellEnd"/>
            <w:r w:rsidRPr="000E0FB1">
              <w:t>;</w:t>
            </w:r>
          </w:p>
        </w:tc>
      </w:tr>
      <w:tr w:rsidR="00203A30" w:rsidRPr="00203A30" w:rsidTr="00203A30">
        <w:trPr>
          <w:trHeight w:hRule="exact" w:val="676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203A30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3A30" w:rsidRPr="00203A30" w:rsidRDefault="00203A30" w:rsidP="00203A3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81AF7" w:rsidRPr="00095EF3" w:rsidRDefault="00281AF7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281AF7" w:rsidRDefault="00281AF7">
      <w:pPr>
        <w:sectPr w:rsidR="00281AF7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AF7" w:rsidRDefault="00281AF7">
      <w:pPr>
        <w:autoSpaceDE w:val="0"/>
        <w:autoSpaceDN w:val="0"/>
        <w:spacing w:after="78" w:line="220" w:lineRule="exact"/>
      </w:pPr>
    </w:p>
    <w:p w:rsidR="00281AF7" w:rsidRDefault="000E2699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281AF7" w:rsidRDefault="000E2699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281AF7" w:rsidRPr="000E2699" w:rsidRDefault="000E2699">
      <w:pPr>
        <w:autoSpaceDE w:val="0"/>
        <w:autoSpaceDN w:val="0"/>
        <w:spacing w:before="166" w:after="0" w:line="286" w:lineRule="auto"/>
        <w:rPr>
          <w:lang w:val="ru-RU"/>
        </w:rPr>
      </w:pP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Виноградова Н.Ф., Основы духовно-нравственной культуры народов России, 5 класс. Акционерное общество «Издательство «Просвещение»;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Виноградова Н.Ф., Власенко В.И., Поляков А.В., Основы духовно-нравственной культуры народов России, 5 класс. Общество с ограниченной ответственностью «Издательский центр ВЕНТАНА-ГРАФ»; Акционерное общество «Издательство Просвещение»; </w:t>
      </w:r>
    </w:p>
    <w:p w:rsidR="00281AF7" w:rsidRDefault="000E2699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E10658" w:rsidRPr="006D7719" w:rsidRDefault="006D7719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sz w:val="24"/>
          <w:lang w:val="ru-RU"/>
        </w:rPr>
      </w:pPr>
      <w:r w:rsidRPr="006D7719">
        <w:rPr>
          <w:rFonts w:ascii="Times New Roman" w:hAnsi="Times New Roman" w:cs="Times New Roman"/>
          <w:sz w:val="24"/>
          <w:lang w:val="ru-RU"/>
        </w:rPr>
        <w:t xml:space="preserve">Основы духовно-нравственной культуры народов России : 5 класс : методические рекомендации / Н. Ф. Виноградова. — М. : </w:t>
      </w:r>
      <w:proofErr w:type="spellStart"/>
      <w:r w:rsidRPr="006D7719">
        <w:rPr>
          <w:rFonts w:ascii="Times New Roman" w:hAnsi="Times New Roman" w:cs="Times New Roman"/>
          <w:sz w:val="24"/>
          <w:lang w:val="ru-RU"/>
        </w:rPr>
        <w:t>Вентана</w:t>
      </w:r>
      <w:proofErr w:type="spellEnd"/>
      <w:r w:rsidRPr="006D7719">
        <w:rPr>
          <w:rFonts w:ascii="Times New Roman" w:hAnsi="Times New Roman" w:cs="Times New Roman"/>
          <w:sz w:val="24"/>
          <w:lang w:val="ru-RU"/>
        </w:rPr>
        <w:t>-Граф.</w:t>
      </w:r>
    </w:p>
    <w:p w:rsidR="00281AF7" w:rsidRPr="000E2699" w:rsidRDefault="000E2699">
      <w:pPr>
        <w:autoSpaceDE w:val="0"/>
        <w:autoSpaceDN w:val="0"/>
        <w:spacing w:before="262"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0F55F8" w:rsidRDefault="000F55F8">
      <w:pPr>
        <w:rPr>
          <w:lang w:val="ru-RU"/>
        </w:rPr>
      </w:pPr>
    </w:p>
    <w:p w:rsidR="00CB580C" w:rsidRDefault="00CB580C">
      <w:pPr>
        <w:rPr>
          <w:lang w:val="ru-RU"/>
        </w:rPr>
      </w:pPr>
      <w:r>
        <w:rPr>
          <w:lang w:val="ru-RU"/>
        </w:rPr>
        <w:t xml:space="preserve">Учебник  -  </w:t>
      </w:r>
      <w:hyperlink r:id="rId44" w:history="1">
        <w:r w:rsidRPr="00F9615D">
          <w:rPr>
            <w:rStyle w:val="aff8"/>
            <w:lang w:val="ru-RU"/>
          </w:rPr>
          <w:t>https://pdf.11klasov.net/13989-osnovy-duhovno-nravstvennoj-kultury-narodov-rossii-5-klass-vinogradova-.html</w:t>
        </w:r>
      </w:hyperlink>
      <w:r>
        <w:rPr>
          <w:lang w:val="ru-RU"/>
        </w:rPr>
        <w:t xml:space="preserve"> </w:t>
      </w:r>
    </w:p>
    <w:p w:rsidR="00CB580C" w:rsidRDefault="00FF10A1">
      <w:pPr>
        <w:rPr>
          <w:lang w:val="ru-RU"/>
        </w:rPr>
      </w:pPr>
      <w:hyperlink r:id="rId45" w:history="1">
        <w:r w:rsidR="000F55F8" w:rsidRPr="00F9615D">
          <w:rPr>
            <w:rStyle w:val="aff8"/>
            <w:lang w:val="ru-RU"/>
          </w:rPr>
          <w:t>https://uchitelya.com/</w:t>
        </w:r>
      </w:hyperlink>
      <w:r w:rsidR="000F55F8">
        <w:rPr>
          <w:lang w:val="ru-RU"/>
        </w:rPr>
        <w:t xml:space="preserve"> </w:t>
      </w:r>
    </w:p>
    <w:p w:rsidR="00CB580C" w:rsidRDefault="00FF10A1">
      <w:pPr>
        <w:rPr>
          <w:lang w:val="ru-RU"/>
        </w:rPr>
      </w:pPr>
      <w:hyperlink r:id="rId46" w:history="1">
        <w:r w:rsidR="00CB580C" w:rsidRPr="00F9615D">
          <w:rPr>
            <w:rStyle w:val="aff8"/>
            <w:lang w:val="ru-RU"/>
          </w:rPr>
          <w:t>https://multiurok.ru/</w:t>
        </w:r>
      </w:hyperlink>
      <w:r w:rsidR="00CB580C">
        <w:rPr>
          <w:lang w:val="ru-RU"/>
        </w:rPr>
        <w:t xml:space="preserve"> </w:t>
      </w:r>
      <w:r w:rsidR="000F55F8">
        <w:rPr>
          <w:lang w:val="ru-RU"/>
        </w:rPr>
        <w:t xml:space="preserve"> </w:t>
      </w:r>
    </w:p>
    <w:p w:rsidR="00CB580C" w:rsidRDefault="00FF10A1">
      <w:pPr>
        <w:rPr>
          <w:lang w:val="ru-RU"/>
        </w:rPr>
      </w:pPr>
      <w:hyperlink r:id="rId47" w:history="1">
        <w:r w:rsidR="00CB580C" w:rsidRPr="00F9615D">
          <w:rPr>
            <w:rStyle w:val="aff8"/>
            <w:lang w:val="ru-RU"/>
          </w:rPr>
          <w:t>https://infourok.ru/</w:t>
        </w:r>
      </w:hyperlink>
      <w:r w:rsidR="00CB580C">
        <w:rPr>
          <w:lang w:val="ru-RU"/>
        </w:rPr>
        <w:t xml:space="preserve">  </w:t>
      </w:r>
    </w:p>
    <w:p w:rsidR="00CB580C" w:rsidRPr="00CB580C" w:rsidRDefault="00FF10A1">
      <w:pPr>
        <w:rPr>
          <w:sz w:val="32"/>
          <w:lang w:val="ru-RU"/>
        </w:rPr>
        <w:sectPr w:rsidR="00CB580C" w:rsidRPr="00CB580C">
          <w:pgSz w:w="11900" w:h="16840"/>
          <w:pgMar w:top="298" w:right="646" w:bottom="1440" w:left="666" w:header="720" w:footer="720" w:gutter="0"/>
          <w:cols w:space="720" w:equalWidth="0">
            <w:col w:w="10588" w:space="0"/>
          </w:cols>
          <w:docGrid w:linePitch="360"/>
        </w:sectPr>
      </w:pPr>
      <w:hyperlink r:id="rId48" w:history="1">
        <w:r w:rsidR="00CB580C" w:rsidRPr="00CB580C">
          <w:rPr>
            <w:rStyle w:val="aff8"/>
          </w:rPr>
          <w:t>https</w:t>
        </w:r>
        <w:r w:rsidR="00CB580C" w:rsidRPr="00CB580C">
          <w:rPr>
            <w:rStyle w:val="aff8"/>
            <w:lang w:val="ru-RU"/>
          </w:rPr>
          <w:t>://</w:t>
        </w:r>
        <w:r w:rsidR="00CB580C" w:rsidRPr="00CB580C">
          <w:rPr>
            <w:rStyle w:val="aff8"/>
          </w:rPr>
          <w:t>resh</w:t>
        </w:r>
        <w:r w:rsidR="00CB580C" w:rsidRPr="00CB580C">
          <w:rPr>
            <w:rStyle w:val="aff8"/>
            <w:lang w:val="ru-RU"/>
          </w:rPr>
          <w:t>.</w:t>
        </w:r>
        <w:r w:rsidR="00CB580C" w:rsidRPr="00CB580C">
          <w:rPr>
            <w:rStyle w:val="aff8"/>
          </w:rPr>
          <w:t>edu</w:t>
        </w:r>
        <w:r w:rsidR="00CB580C" w:rsidRPr="00CB580C">
          <w:rPr>
            <w:rStyle w:val="aff8"/>
            <w:lang w:val="ru-RU"/>
          </w:rPr>
          <w:t>.</w:t>
        </w:r>
        <w:r w:rsidR="00CB580C" w:rsidRPr="00CB580C">
          <w:rPr>
            <w:rStyle w:val="aff8"/>
          </w:rPr>
          <w:t>ru</w:t>
        </w:r>
        <w:r w:rsidR="00CB580C" w:rsidRPr="00CB580C">
          <w:rPr>
            <w:rStyle w:val="aff8"/>
            <w:lang w:val="ru-RU"/>
          </w:rPr>
          <w:t>/</w:t>
        </w:r>
      </w:hyperlink>
      <w:r w:rsidR="00CB580C" w:rsidRPr="00CB580C">
        <w:rPr>
          <w:lang w:val="ru-RU"/>
        </w:rPr>
        <w:t xml:space="preserve"> </w:t>
      </w:r>
    </w:p>
    <w:p w:rsidR="00281AF7" w:rsidRPr="000E2699" w:rsidRDefault="00281AF7">
      <w:pPr>
        <w:autoSpaceDE w:val="0"/>
        <w:autoSpaceDN w:val="0"/>
        <w:spacing w:after="78" w:line="220" w:lineRule="exact"/>
        <w:rPr>
          <w:lang w:val="ru-RU"/>
        </w:rPr>
      </w:pPr>
    </w:p>
    <w:p w:rsidR="00281AF7" w:rsidRPr="000E2699" w:rsidRDefault="000E2699">
      <w:pPr>
        <w:autoSpaceDE w:val="0"/>
        <w:autoSpaceDN w:val="0"/>
        <w:spacing w:after="0" w:line="230" w:lineRule="auto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281AF7" w:rsidRPr="000E2699" w:rsidRDefault="000E2699">
      <w:pPr>
        <w:autoSpaceDE w:val="0"/>
        <w:autoSpaceDN w:val="0"/>
        <w:spacing w:before="346" w:after="0" w:line="302" w:lineRule="auto"/>
        <w:ind w:right="7200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0E2699">
        <w:rPr>
          <w:lang w:val="ru-RU"/>
        </w:rPr>
        <w:br/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Компьютер,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медиапроектор</w:t>
      </w:r>
      <w:proofErr w:type="spellEnd"/>
    </w:p>
    <w:p w:rsidR="00281AF7" w:rsidRPr="000E2699" w:rsidRDefault="000E2699">
      <w:pPr>
        <w:autoSpaceDE w:val="0"/>
        <w:autoSpaceDN w:val="0"/>
        <w:spacing w:before="262" w:after="0" w:line="302" w:lineRule="auto"/>
        <w:ind w:right="3024"/>
        <w:rPr>
          <w:lang w:val="ru-RU"/>
        </w:rPr>
      </w:pPr>
      <w:r w:rsidRPr="000E269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ПРОВЕДЕНИЯ ПРАКТИЧЕСКИХ РАБОТ </w:t>
      </w:r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 xml:space="preserve">магнитная доска, компьютер, </w:t>
      </w:r>
      <w:proofErr w:type="spellStart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медиапроектор</w:t>
      </w:r>
      <w:proofErr w:type="spellEnd"/>
      <w:r w:rsidRPr="000E2699">
        <w:rPr>
          <w:rFonts w:ascii="Times New Roman" w:eastAsia="Times New Roman" w:hAnsi="Times New Roman"/>
          <w:color w:val="000000"/>
          <w:sz w:val="24"/>
          <w:lang w:val="ru-RU"/>
        </w:rPr>
        <w:t>, принтер</w:t>
      </w:r>
    </w:p>
    <w:p w:rsidR="00281AF7" w:rsidRPr="000E2699" w:rsidRDefault="00281AF7">
      <w:pPr>
        <w:rPr>
          <w:lang w:val="ru-RU"/>
        </w:rPr>
        <w:sectPr w:rsidR="00281AF7" w:rsidRPr="000E2699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0E2699" w:rsidRPr="000E2699" w:rsidRDefault="000E2699">
      <w:pPr>
        <w:rPr>
          <w:lang w:val="ru-RU"/>
        </w:rPr>
      </w:pPr>
    </w:p>
    <w:sectPr w:rsidR="000E2699" w:rsidRPr="000E2699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95EF3"/>
    <w:rsid w:val="000E2699"/>
    <w:rsid w:val="000F55F8"/>
    <w:rsid w:val="00134F53"/>
    <w:rsid w:val="0015074B"/>
    <w:rsid w:val="001F480F"/>
    <w:rsid w:val="00203A30"/>
    <w:rsid w:val="0022605A"/>
    <w:rsid w:val="00273191"/>
    <w:rsid w:val="00281AF7"/>
    <w:rsid w:val="002845EA"/>
    <w:rsid w:val="0029639D"/>
    <w:rsid w:val="002B4929"/>
    <w:rsid w:val="002B5EE4"/>
    <w:rsid w:val="00303A15"/>
    <w:rsid w:val="00326F90"/>
    <w:rsid w:val="00394257"/>
    <w:rsid w:val="004373B4"/>
    <w:rsid w:val="004E5584"/>
    <w:rsid w:val="00602994"/>
    <w:rsid w:val="00607F65"/>
    <w:rsid w:val="0062240C"/>
    <w:rsid w:val="006D7719"/>
    <w:rsid w:val="007673E7"/>
    <w:rsid w:val="007E7DD4"/>
    <w:rsid w:val="008A2E50"/>
    <w:rsid w:val="00901905"/>
    <w:rsid w:val="00A26CA0"/>
    <w:rsid w:val="00AA1D8D"/>
    <w:rsid w:val="00AA275B"/>
    <w:rsid w:val="00AD4571"/>
    <w:rsid w:val="00B47730"/>
    <w:rsid w:val="00B8168A"/>
    <w:rsid w:val="00CB0664"/>
    <w:rsid w:val="00CB580C"/>
    <w:rsid w:val="00CE7EB7"/>
    <w:rsid w:val="00D56E44"/>
    <w:rsid w:val="00DF3BD1"/>
    <w:rsid w:val="00E10658"/>
    <w:rsid w:val="00E55C05"/>
    <w:rsid w:val="00E8727B"/>
    <w:rsid w:val="00ED7D4A"/>
    <w:rsid w:val="00FC693F"/>
    <w:rsid w:val="00FF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6CBDE08D-7929-40F9-82EB-73545B8F4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602994"/>
    <w:rPr>
      <w:color w:val="0000FF" w:themeColor="hyperlink"/>
      <w:u w:val="single"/>
    </w:rPr>
  </w:style>
  <w:style w:type="character" w:styleId="aff9">
    <w:name w:val="FollowedHyperlink"/>
    <w:basedOn w:val="a2"/>
    <w:uiPriority w:val="99"/>
    <w:semiHidden/>
    <w:unhideWhenUsed/>
    <w:rsid w:val="00AA27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rezentacii.org/prezentacii/prezentacii-po-istorii/146414-materialnaja-kultura-i-povsednevnost.htm" TargetMode="External"/><Relationship Id="rId18" Type="http://schemas.openxmlformats.org/officeDocument/2006/relationships/hyperlink" Target="http://ship-las.ucoz.ru/OPK/5_kl_Uroki/urok_2_velichie_mnogonacionalnoj_rossijskoj_kultur.pdf" TargetMode="External"/><Relationship Id="rId26" Type="http://schemas.openxmlformats.org/officeDocument/2006/relationships/hyperlink" Target="https://ppt4web.ru/obshhestvoznanija/kultura-lichnost-obshhestvo.html" TargetMode="External"/><Relationship Id="rId39" Type="http://schemas.openxmlformats.org/officeDocument/2006/relationships/hyperlink" Target="https://myslide.ru/presentation/pamyatniki-kultury-rossii-arxitektura--skulptura--zhivopis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fourok.ru/prezentaciya-po-odnknr-v-5-kl-tradicii-vospitaniya-4074606.html" TargetMode="External"/><Relationship Id="rId34" Type="http://schemas.openxmlformats.org/officeDocument/2006/relationships/hyperlink" Target="https://multiurok.ru/files/priezientatsiia-mnoghoobraziie-kul-tury-narodov-ro.html" TargetMode="External"/><Relationship Id="rId42" Type="http://schemas.openxmlformats.org/officeDocument/2006/relationships/hyperlink" Target="https://yandex.ru/images/search?source=serp&amp;text=%D0%BA%D1%83%D0%BB%D1%8C%D1%82%D1%83%D1%80%D0%BD%D0%B0%D1%8F%20%D0%BA%D0%B0%D1%80%D1%82%D0%B0%20%D1%80%D0%BE%D1%81%D1%81%D0%B8%D0%B8%205%20%D0%BA%D0%BB%D0%B0%D1%81%D1%81%20%D0%BE%D0%B4%D0%BD%D0%BA%D0%BD%D1%80&amp;pos=7&amp;rpt=simage&amp;img_url=http%3A%2F%2Ffsd.videouroki.net%2Fhtml%2F2019%2F02%2F01%2Fv_5c5473e66ae27%2Fimg_v99728417_0_0.jpg&amp;lr=175515&amp;rlt_url=https%3A%2F%2Fi.ytimg.com%2Fvi%2FDIMOg_JLbPo%2Fmaxresdefault.jpg&amp;ogl_url=http%3A%2F%2Ffsd.videouroki.net%2Fhtml%2F2019%2F02%2F01%2Fv_5c5473e66ae27%2Fimg_v99728417_0_0.jpg" TargetMode="External"/><Relationship Id="rId47" Type="http://schemas.openxmlformats.org/officeDocument/2006/relationships/hyperlink" Target="https://infourok.ru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infourok.ru/prezentaciya-po-odnknr-na-temu-vvedenie-v-izuchenie-kursa-odnknr-v-5-klasse-5298961.html" TargetMode="External"/><Relationship Id="rId12" Type="http://schemas.openxmlformats.org/officeDocument/2006/relationships/hyperlink" Target="https://infourok.ru/u-istokov-russkoj-kultury-5110308.html" TargetMode="External"/><Relationship Id="rId17" Type="http://schemas.openxmlformats.org/officeDocument/2006/relationships/hyperlink" Target="https://infourok.ru/plan-konspektk-uroku-odnknr-po-teme-kultura-i-obrazovanie-6307027.html" TargetMode="External"/><Relationship Id="rId25" Type="http://schemas.openxmlformats.org/officeDocument/2006/relationships/hyperlink" Target="https://infourok.ru/prezentaciya-po-obschestvoznaniyu-v-klasse-po-teme-sovremennaya-semya-599712.html" TargetMode="External"/><Relationship Id="rId33" Type="http://schemas.openxmlformats.org/officeDocument/2006/relationships/hyperlink" Target="https://infourok.ru/urokprezentaciya-po-odnk-na-temu-nravstvennie-cennosti-rossiyskogo-naroda-3349295.html" TargetMode="External"/><Relationship Id="rId38" Type="http://schemas.openxmlformats.org/officeDocument/2006/relationships/hyperlink" Target="https://infourok.ru/prezentaciya-na-temu-muzyka-narodov-rossii-5419100.html" TargetMode="External"/><Relationship Id="rId46" Type="http://schemas.openxmlformats.org/officeDocument/2006/relationships/hyperlink" Target="https://multiurok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fourok.ru/prezentaciya-po-odnknr-kultura-i-religiya-5-klass-5130068.html" TargetMode="External"/><Relationship Id="rId20" Type="http://schemas.openxmlformats.org/officeDocument/2006/relationships/hyperlink" Target="https://infourok.ru/prezentaciya-dlya-klassnogo-chasa-s-klassi-lyubov-k-rodine-nachinaetsya-s-semi-1216206.html" TargetMode="External"/><Relationship Id="rId29" Type="http://schemas.openxmlformats.org/officeDocument/2006/relationships/hyperlink" Target="https://resh.edu.ru/special-course/1/55" TargetMode="External"/><Relationship Id="rId41" Type="http://schemas.openxmlformats.org/officeDocument/2006/relationships/hyperlink" Target="https://multiurok.ru/index.php/files/kul-tura-i-traditsii-narodov-rossii.html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uchitelya.com/obschestvoznanie/110120-prezentaciya-russkiy-yazyk-yazyk-mezhnacionalnogo-obscheniya-5-klass.html" TargetMode="External"/><Relationship Id="rId24" Type="http://schemas.openxmlformats.org/officeDocument/2006/relationships/hyperlink" Target="https://infourok.ru/semya-pervyj-trudovoj-kollektiv-4982737.html" TargetMode="External"/><Relationship Id="rId32" Type="http://schemas.openxmlformats.org/officeDocument/2006/relationships/hyperlink" Target="http://school2-mednogo.ucoz.ru/_spt/mai22/odnk_5_klass_dialog.pdf" TargetMode="External"/><Relationship Id="rId37" Type="http://schemas.openxmlformats.org/officeDocument/2006/relationships/hyperlink" Target="http://www.myshared.ru/slide/1369755/" TargetMode="External"/><Relationship Id="rId40" Type="http://schemas.openxmlformats.org/officeDocument/2006/relationships/hyperlink" Target="https://ppt4web.ru/literatura/folklor-klass-prezentacija.html" TargetMode="External"/><Relationship Id="rId45" Type="http://schemas.openxmlformats.org/officeDocument/2006/relationships/hyperlink" Target="https://uchitelya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prezentaciya-na-temu-religioznye-ritualy-obychai-i-obryady-5-klass-5644313.html" TargetMode="External"/><Relationship Id="rId23" Type="http://schemas.openxmlformats.org/officeDocument/2006/relationships/hyperlink" Target="https://infourok.ru/prezentaciya-k-uroku-po-odnknr-lyudi-truda-6027220.html" TargetMode="External"/><Relationship Id="rId28" Type="http://schemas.openxmlformats.org/officeDocument/2006/relationships/hyperlink" Target="https://infourok.ru/prezentaciya-po-odnknr-5-klass-tvoj-duhovnyj-mir-4284423.html" TargetMode="External"/><Relationship Id="rId36" Type="http://schemas.openxmlformats.org/officeDocument/2006/relationships/hyperlink" Target="https://lusana.ru/presentation/22839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resh.edu.ru/special-course/1/33" TargetMode="External"/><Relationship Id="rId19" Type="http://schemas.openxmlformats.org/officeDocument/2006/relationships/hyperlink" Target="https://interneturok.ru/lesson/odnknr/5-klass/spisok-urokov/semya-hranitel-duhovnyh-tsennostey?block=content" TargetMode="External"/><Relationship Id="rId31" Type="http://schemas.openxmlformats.org/officeDocument/2006/relationships/hyperlink" Target="https://resh.edu.ru/subject/lesson/727/" TargetMode="External"/><Relationship Id="rId44" Type="http://schemas.openxmlformats.org/officeDocument/2006/relationships/hyperlink" Target="https://pdf.11klasov.net/13989-osnovy-duhovno-nravstvennoj-kultury-narodov-rossii-5-klass-vinogradova-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ultiurok.ru/files/prezentatsiia-nash-dom-rossiia.html?login=ok" TargetMode="External"/><Relationship Id="rId14" Type="http://schemas.openxmlformats.org/officeDocument/2006/relationships/hyperlink" Target="https://ppt4web.ru/obshhestvoznanija/dukhovnaja-kultura0.html" TargetMode="External"/><Relationship Id="rId22" Type="http://schemas.openxmlformats.org/officeDocument/2006/relationships/hyperlink" Target="https://infourok.ru/pavlov-a-k-semejnye-cennosti-v-folklore-narodov-rossii-prezentaciya-5506873.html" TargetMode="External"/><Relationship Id="rId27" Type="http://schemas.openxmlformats.org/officeDocument/2006/relationships/hyperlink" Target="https://infourok.ru/prezentaciya-k-uroku-na-temu-chelovek-tvorec-i-nositel-kultury-4453076.html" TargetMode="External"/><Relationship Id="rId30" Type="http://schemas.openxmlformats.org/officeDocument/2006/relationships/hyperlink" Target="https://infourok.ru/prezentaciya-k-uroku-odnknr-5-klass-po-teme-beregi-zemlyu-rodimuyu-kak-mat-lyubimuyu-razdel-nravstvennye-cennosti-rossijskogo-na-5347445.html" TargetMode="External"/><Relationship Id="rId35" Type="http://schemas.openxmlformats.org/officeDocument/2006/relationships/hyperlink" Target="http://www.myshared.ru/slide/547586/" TargetMode="External"/><Relationship Id="rId43" Type="http://schemas.openxmlformats.org/officeDocument/2006/relationships/hyperlink" Target="https://uchitelya.com/pedagogika/97534-prezentaciya-rossiya-ustremlennaya-v-buduschee-5-klass.html" TargetMode="External"/><Relationship Id="rId48" Type="http://schemas.openxmlformats.org/officeDocument/2006/relationships/hyperlink" Target="https://resh.edu.ru/" TargetMode="External"/><Relationship Id="rId8" Type="http://schemas.openxmlformats.org/officeDocument/2006/relationships/hyperlink" Target="https://resh.edu.ru/special-course/1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1B72BE-39C3-4AB2-A623-506F792D7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1582</TotalTime>
  <Pages>27</Pages>
  <Words>9629</Words>
  <Characters>54888</Characters>
  <Application>Microsoft Office Word</Application>
  <DocSecurity>0</DocSecurity>
  <Lines>457</Lines>
  <Paragraphs>128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64389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Учитель</cp:lastModifiedBy>
  <cp:revision>15</cp:revision>
  <dcterms:created xsi:type="dcterms:W3CDTF">2013-12-23T23:15:00Z</dcterms:created>
  <dcterms:modified xsi:type="dcterms:W3CDTF">2022-12-10T12:43:00Z</dcterms:modified>
  <cp:category/>
</cp:coreProperties>
</file>